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5E" w:rsidRPr="0065357F" w:rsidRDefault="00240A68">
      <w:pPr>
        <w:jc w:val="center"/>
        <w:rPr>
          <w:lang w:val="tr-TR"/>
        </w:rPr>
      </w:pPr>
      <w:r w:rsidRPr="0065357F">
        <w:rPr>
          <w:b/>
          <w:lang w:val="tr-TR"/>
        </w:rPr>
        <w:t>T.C.</w:t>
      </w:r>
      <w:r w:rsidRPr="0065357F">
        <w:rPr>
          <w:b/>
          <w:lang w:val="tr-TR"/>
        </w:rPr>
        <w:br/>
        <w:t>ANTALYA BİLİM ÜNİVERSİTESİ</w:t>
      </w:r>
      <w:r w:rsidRPr="0065357F">
        <w:rPr>
          <w:b/>
          <w:lang w:val="tr-TR"/>
        </w:rPr>
        <w:br/>
        <w:t>SOSYAL VE BEŞERÎ BİLİMLER ETİK KURULU</w:t>
      </w:r>
      <w:r w:rsidRPr="0065357F">
        <w:rPr>
          <w:b/>
          <w:lang w:val="tr-TR"/>
        </w:rPr>
        <w:br/>
        <w:t>BAŞVURU KONTROL LİSTESİ</w:t>
      </w:r>
    </w:p>
    <w:p w:rsidR="0020685E" w:rsidRPr="0065357F" w:rsidRDefault="0020685E">
      <w:pPr>
        <w:rPr>
          <w:lang w:val="tr-TR"/>
        </w:rPr>
      </w:pPr>
    </w:p>
    <w:p w:rsidR="0020685E" w:rsidRPr="0065357F" w:rsidRDefault="00240A68">
      <w:pPr>
        <w:rPr>
          <w:lang w:val="tr-TR"/>
        </w:rPr>
      </w:pPr>
      <w:r w:rsidRPr="0065357F">
        <w:rPr>
          <w:b/>
          <w:lang w:val="tr-TR"/>
        </w:rPr>
        <w:t>1. BAŞVURU VE GENEL BİLGİLER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Başvuru formu eksiksiz dolduruldu mu?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Araştırmanın başlığı açık ve net şekilde yazıldı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Sorumlu araştırmacının bilgileri eksiksiz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Araştırma tez çalışması ise danışman bilgileri eklendi mi?</w:t>
      </w:r>
      <w:r w:rsidRPr="0065357F">
        <w:rPr>
          <w:lang w:val="tr-TR"/>
        </w:rPr>
        <w:br/>
        <w:t>☐ Evet    ☐ Hayır    ☐ Uygulanamaz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Diğer araştırmacıların bilgileri eklendi mi?</w:t>
      </w:r>
      <w:r w:rsidRPr="0065357F">
        <w:rPr>
          <w:lang w:val="tr-TR"/>
        </w:rPr>
        <w:br/>
        <w:t>☐ Evet    ☐ Hayır    ☐ Uygulanamaz</w:t>
      </w:r>
    </w:p>
    <w:p w:rsidR="003F67BF" w:rsidRPr="0065357F" w:rsidRDefault="003F67BF" w:rsidP="003F67BF">
      <w:pPr>
        <w:rPr>
          <w:lang w:val="tr-TR"/>
        </w:rPr>
      </w:pPr>
      <w:r w:rsidRPr="0065357F">
        <w:rPr>
          <w:lang w:val="tr-TR"/>
        </w:rPr>
        <w:t>Sorumlu araştırmacının ıslak imzası var mı?</w:t>
      </w:r>
      <w:r w:rsidRPr="0065357F">
        <w:rPr>
          <w:lang w:val="tr-TR"/>
        </w:rPr>
        <w:br/>
        <w:t>☐ Evet    ☐ Hayır</w:t>
      </w:r>
    </w:p>
    <w:p w:rsidR="003F67BF" w:rsidRPr="0065357F" w:rsidRDefault="003F67BF" w:rsidP="003F67BF">
      <w:pPr>
        <w:rPr>
          <w:lang w:val="tr-TR"/>
        </w:rPr>
      </w:pPr>
      <w:r w:rsidRPr="0065357F">
        <w:rPr>
          <w:rStyle w:val="Gl"/>
          <w:rFonts w:cs="Times New Roman"/>
          <w:b w:val="0"/>
          <w:lang w:val="tr-TR"/>
        </w:rPr>
        <w:t xml:space="preserve">Bütün araştırmacıların/danışmanların/ yürütücülerin her sayfada parafları var mı? </w:t>
      </w:r>
      <w:r w:rsidRPr="0065357F">
        <w:rPr>
          <w:lang w:val="tr-TR"/>
        </w:rPr>
        <w:br/>
        <w:t>☐ Evet    ☐ Hayır</w:t>
      </w:r>
    </w:p>
    <w:p w:rsidR="003F67BF" w:rsidRPr="0065357F" w:rsidRDefault="003F67BF" w:rsidP="003F67BF">
      <w:pPr>
        <w:rPr>
          <w:lang w:val="tr-TR"/>
        </w:rPr>
      </w:pPr>
      <w:r w:rsidRPr="0065357F">
        <w:rPr>
          <w:lang w:val="tr-TR"/>
        </w:rPr>
        <w:t xml:space="preserve">Sorumlu araştırmacının el yazısı ile etik kurallar çerçevesinde yapacağına dair beyanı var mı? </w:t>
      </w:r>
    </w:p>
    <w:p w:rsidR="003F67BF" w:rsidRPr="0065357F" w:rsidRDefault="003F67BF" w:rsidP="003F67BF">
      <w:pPr>
        <w:rPr>
          <w:lang w:val="tr-TR"/>
        </w:rPr>
      </w:pPr>
      <w:r w:rsidRPr="0065357F">
        <w:rPr>
          <w:lang w:val="tr-TR"/>
        </w:rPr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b/>
          <w:lang w:val="tr-TR"/>
        </w:rPr>
        <w:br/>
        <w:t>2. ARAŞTIRMA TASARIMI VE YÖNTEM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Araştırma türü doğru şekilde işaretlendi mi?</w:t>
      </w:r>
      <w:r w:rsidRPr="0065357F">
        <w:rPr>
          <w:lang w:val="tr-TR"/>
        </w:rPr>
        <w:br/>
        <w:t>☐ Evet    ☐ Hayır</w:t>
      </w:r>
    </w:p>
    <w:p w:rsidR="000A36F4" w:rsidRPr="0065357F" w:rsidRDefault="000A36F4" w:rsidP="000A36F4">
      <w:pPr>
        <w:rPr>
          <w:lang w:val="tr-TR"/>
        </w:rPr>
      </w:pPr>
      <w:r w:rsidRPr="0065357F">
        <w:rPr>
          <w:lang w:val="tr-TR"/>
        </w:rPr>
        <w:t>Araştırmanın destek durumu doğru şekilde işaretlendi mi?</w:t>
      </w:r>
      <w:r w:rsidRPr="0065357F">
        <w:rPr>
          <w:lang w:val="tr-TR"/>
        </w:rPr>
        <w:br/>
        <w:t>☐ Evet    ☐ Hayır</w:t>
      </w:r>
    </w:p>
    <w:p w:rsidR="00EE52A6" w:rsidRPr="0065357F" w:rsidRDefault="00EE52A6" w:rsidP="00EE52A6">
      <w:pPr>
        <w:rPr>
          <w:lang w:val="tr-TR"/>
        </w:rPr>
      </w:pPr>
      <w:r w:rsidRPr="0065357F">
        <w:rPr>
          <w:lang w:val="tr-TR"/>
        </w:rPr>
        <w:t>Başvurunun türü (ilk başvuru / değişiklik / uzatma vb.) belirtildi mi?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Evet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 xml:space="preserve">r    </w:t>
      </w:r>
    </w:p>
    <w:p w:rsidR="00EE52A6" w:rsidRPr="0065357F" w:rsidRDefault="00EE52A6">
      <w:pPr>
        <w:rPr>
          <w:lang w:val="tr-TR"/>
        </w:rPr>
      </w:pP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lastRenderedPageBreak/>
        <w:t>Araştırmanın genel yaklaşımı belirtildi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Veri toplama yöntemi açıkça tanımlandı mı?</w:t>
      </w:r>
      <w:r w:rsidRPr="0065357F">
        <w:rPr>
          <w:lang w:val="tr-TR"/>
        </w:rPr>
        <w:br/>
        <w:t>☐ Evet    ☐ Hayır</w:t>
      </w:r>
    </w:p>
    <w:p w:rsidR="0020685E" w:rsidRPr="0065357F" w:rsidRDefault="005435CB">
      <w:pPr>
        <w:rPr>
          <w:lang w:val="tr-TR"/>
        </w:rPr>
      </w:pPr>
      <w:r w:rsidRPr="0065357F">
        <w:rPr>
          <w:lang w:val="tr-TR"/>
        </w:rPr>
        <w:t xml:space="preserve">Veri toplama </w:t>
      </w:r>
      <w:r w:rsidR="00240A68" w:rsidRPr="0065357F">
        <w:rPr>
          <w:lang w:val="tr-TR"/>
        </w:rPr>
        <w:t>takvimi etik kurul onayına uygun mu?</w:t>
      </w:r>
      <w:r w:rsidR="00240A68" w:rsidRPr="0065357F">
        <w:rPr>
          <w:lang w:val="tr-TR"/>
        </w:rPr>
        <w:br/>
        <w:t>☐ Evet    ☐ Hayır</w:t>
      </w:r>
    </w:p>
    <w:p w:rsidR="00EE52A6" w:rsidRPr="0065357F" w:rsidRDefault="00EE52A6" w:rsidP="00EE52A6">
      <w:pPr>
        <w:rPr>
          <w:lang w:val="tr-TR"/>
        </w:rPr>
      </w:pPr>
      <w:r w:rsidRPr="0065357F">
        <w:rPr>
          <w:lang w:val="tr-TR"/>
        </w:rPr>
        <w:t>Araştırmanın amacı, temel sorusu ve varsa hipotezleri açıkça belirtildi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Evren ve örneklem açıklandı mı?</w:t>
      </w:r>
      <w:r w:rsidRPr="0065357F">
        <w:rPr>
          <w:lang w:val="tr-TR"/>
        </w:rPr>
        <w:br/>
        <w:t>☐ Evet    ☐ Hayır</w:t>
      </w:r>
    </w:p>
    <w:p w:rsidR="00BC2A0A" w:rsidRPr="0065357F" w:rsidRDefault="00BC2A0A" w:rsidP="00BC2A0A">
      <w:pPr>
        <w:spacing w:before="100" w:beforeAutospacing="1" w:after="100" w:afterAutospacing="1" w:line="240" w:lineRule="auto"/>
        <w:rPr>
          <w:lang w:val="tr-TR"/>
        </w:rPr>
      </w:pPr>
      <w:r w:rsidRPr="0065357F">
        <w:rPr>
          <w:lang w:val="tr-TR"/>
        </w:rPr>
        <w:t xml:space="preserve">Katılımcıların </w:t>
      </w:r>
      <w:proofErr w:type="gramStart"/>
      <w:r w:rsidRPr="0065357F">
        <w:rPr>
          <w:lang w:val="tr-TR"/>
        </w:rPr>
        <w:t>dahil</w:t>
      </w:r>
      <w:proofErr w:type="gramEnd"/>
      <w:r w:rsidRPr="0065357F">
        <w:rPr>
          <w:lang w:val="tr-TR"/>
        </w:rPr>
        <w:t xml:space="preserve"> edilme / dışlanma kriterleri açıklandı mı?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Evet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 xml:space="preserve">r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 xml:space="preserve">Katılımcı </w:t>
      </w:r>
      <w:proofErr w:type="gramStart"/>
      <w:r w:rsidRPr="0065357F">
        <w:rPr>
          <w:lang w:val="tr-TR"/>
        </w:rPr>
        <w:t>profili</w:t>
      </w:r>
      <w:proofErr w:type="gramEnd"/>
      <w:r w:rsidRPr="0065357F">
        <w:rPr>
          <w:lang w:val="tr-TR"/>
        </w:rPr>
        <w:t xml:space="preserve"> belirtildi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b/>
          <w:lang w:val="tr-TR"/>
        </w:rPr>
        <w:br/>
        <w:t>3. ETİK UYGUNLUK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Araştırmanın olası riskleri tanımlandı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Risklere karşı önlemler açıklandı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Gönüllü katılım belirtildi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 xml:space="preserve">Bilgilendirilmiş onam süreci </w:t>
      </w:r>
      <w:r w:rsidR="00542909" w:rsidRPr="0065357F">
        <w:rPr>
          <w:lang w:val="tr-TR"/>
        </w:rPr>
        <w:t>var</w:t>
      </w:r>
      <w:r w:rsidRPr="0065357F">
        <w:rPr>
          <w:lang w:val="tr-TR"/>
        </w:rPr>
        <w:t xml:space="preserve">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Çekilme hakkı belirtildi mi?</w:t>
      </w:r>
      <w:r w:rsidRPr="0065357F">
        <w:rPr>
          <w:lang w:val="tr-TR"/>
        </w:rPr>
        <w:br/>
        <w:t>☐ Evet    ☐ Hayır</w:t>
      </w:r>
    </w:p>
    <w:p w:rsidR="0020685E" w:rsidRPr="0065357F" w:rsidRDefault="001474DA">
      <w:pPr>
        <w:rPr>
          <w:lang w:val="tr-TR"/>
        </w:rPr>
      </w:pPr>
      <w:r w:rsidRPr="0065357F">
        <w:rPr>
          <w:lang w:val="tr-TR"/>
        </w:rPr>
        <w:t>Aldatıcı/örtük yöntem (</w:t>
      </w:r>
      <w:proofErr w:type="spellStart"/>
      <w:r w:rsidRPr="0065357F">
        <w:rPr>
          <w:i/>
          <w:lang w:val="tr-TR"/>
        </w:rPr>
        <w:t>deception</w:t>
      </w:r>
      <w:proofErr w:type="spellEnd"/>
      <w:r w:rsidRPr="0065357F">
        <w:rPr>
          <w:lang w:val="tr-TR"/>
        </w:rPr>
        <w:t>) varsa açıklama yapıldı mı?</w:t>
      </w:r>
      <w:r w:rsidRPr="0065357F">
        <w:rPr>
          <w:lang w:val="tr-TR"/>
        </w:rPr>
        <w:br/>
        <w:t xml:space="preserve">☐  </w:t>
      </w:r>
      <w:proofErr w:type="gramStart"/>
      <w:r w:rsidRPr="0065357F">
        <w:rPr>
          <w:lang w:val="tr-TR"/>
        </w:rPr>
        <w:t>Evet</w:t>
      </w:r>
      <w:proofErr w:type="gramEnd"/>
      <w:r w:rsidRPr="0065357F">
        <w:rPr>
          <w:lang w:val="tr-TR"/>
        </w:rPr>
        <w:t xml:space="preserve">    ☐ Hayır    ☐ Uygulanamaz</w:t>
      </w:r>
    </w:p>
    <w:p w:rsidR="00BC2A0A" w:rsidRPr="0065357F" w:rsidRDefault="00BC2A0A" w:rsidP="00BC2A0A">
      <w:pPr>
        <w:spacing w:before="100" w:beforeAutospacing="1" w:after="100" w:afterAutospacing="1" w:line="240" w:lineRule="auto"/>
        <w:rPr>
          <w:lang w:val="tr-TR"/>
        </w:rPr>
      </w:pPr>
      <w:r w:rsidRPr="0065357F">
        <w:rPr>
          <w:lang w:val="tr-TR"/>
        </w:rPr>
        <w:t>Müdahale veya kontrol grubu uygulamalarında telafi mekanizmaları açıklandı mı?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</w:t>
      </w:r>
      <w:proofErr w:type="gramStart"/>
      <w:r w:rsidRPr="0065357F">
        <w:rPr>
          <w:lang w:val="tr-TR"/>
        </w:rPr>
        <w:t>Evet</w:t>
      </w:r>
      <w:proofErr w:type="gramEnd"/>
      <w:r w:rsidRPr="0065357F">
        <w:rPr>
          <w:lang w:val="tr-TR"/>
        </w:rPr>
        <w:t xml:space="preserve">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 xml:space="preserve">r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Uygulanamaz</w:t>
      </w:r>
      <w:r w:rsidRPr="0065357F">
        <w:rPr>
          <w:rFonts w:ascii="Segoe UI Symbol" w:hAnsi="Segoe UI Symbol" w:cs="Segoe UI Symbol"/>
          <w:lang w:val="tr-TR"/>
        </w:rPr>
        <w:t xml:space="preserve">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Anonimleştirme belirtilmiş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lastRenderedPageBreak/>
        <w:t>Tanımlayıcı bilgiler çıkarılacak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Veri saklama yöntemi açıklandı mı?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Veriye kimlerin erişeceği açıkça belirtilmiş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Veri saklama süresi ve imha süreci açıkça tanımlandı mı?</w:t>
      </w:r>
      <w:r w:rsidRPr="0065357F">
        <w:rPr>
          <w:lang w:val="tr-TR"/>
        </w:rPr>
        <w:br/>
      </w:r>
      <w:r w:rsidRPr="004B14EB">
        <w:rPr>
          <w:lang w:val="tr-TR"/>
        </w:rPr>
        <w:t>☐ Evet    ☐ Hayır</w:t>
      </w:r>
    </w:p>
    <w:p w:rsidR="00BC2A0A" w:rsidRPr="0065357F" w:rsidRDefault="00BC2A0A" w:rsidP="00BC2A0A">
      <w:pPr>
        <w:rPr>
          <w:b/>
          <w:lang w:val="tr-TR"/>
        </w:rPr>
      </w:pPr>
    </w:p>
    <w:p w:rsidR="004612AD" w:rsidRPr="0065357F" w:rsidRDefault="00BC2A0A" w:rsidP="0065357F">
      <w:pPr>
        <w:spacing w:before="240" w:after="0"/>
        <w:rPr>
          <w:b/>
          <w:lang w:val="tr-TR"/>
        </w:rPr>
      </w:pPr>
      <w:r w:rsidRPr="0065357F">
        <w:rPr>
          <w:b/>
          <w:lang w:val="tr-TR"/>
        </w:rPr>
        <w:t xml:space="preserve">4. </w:t>
      </w:r>
      <w:r w:rsidR="004612AD" w:rsidRPr="0065357F">
        <w:rPr>
          <w:b/>
          <w:lang w:val="tr-TR"/>
        </w:rPr>
        <w:t xml:space="preserve">KURUM İZNİ </w:t>
      </w:r>
    </w:p>
    <w:p w:rsidR="004612AD" w:rsidRPr="0065357F" w:rsidRDefault="004612AD" w:rsidP="0065357F">
      <w:pPr>
        <w:spacing w:before="240"/>
        <w:rPr>
          <w:lang w:val="tr-TR"/>
        </w:rPr>
      </w:pPr>
      <w:r w:rsidRPr="0065357F">
        <w:rPr>
          <w:lang w:val="tr-TR"/>
        </w:rPr>
        <w:t>Kurum izni gerekliliği belirtildi mi?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Evet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>r</w:t>
      </w:r>
    </w:p>
    <w:p w:rsidR="004612AD" w:rsidRPr="0065357F" w:rsidRDefault="004612AD" w:rsidP="004612AD">
      <w:pPr>
        <w:rPr>
          <w:lang w:val="tr-TR"/>
        </w:rPr>
      </w:pPr>
      <w:r w:rsidRPr="0065357F">
        <w:rPr>
          <w:lang w:val="tr-TR"/>
        </w:rPr>
        <w:t>Gerekli ise kurum izin belgesi eklendi mi?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Evet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 xml:space="preserve">r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Uygulanamaz</w:t>
      </w:r>
    </w:p>
    <w:p w:rsidR="004612AD" w:rsidRPr="0065357F" w:rsidRDefault="004612AD" w:rsidP="00BC2A0A">
      <w:pPr>
        <w:spacing w:after="0"/>
        <w:rPr>
          <w:b/>
          <w:lang w:val="tr-TR"/>
        </w:rPr>
      </w:pPr>
    </w:p>
    <w:p w:rsidR="004612AD" w:rsidRPr="0065357F" w:rsidRDefault="004612AD" w:rsidP="00BC2A0A">
      <w:pPr>
        <w:spacing w:after="0"/>
        <w:rPr>
          <w:b/>
          <w:lang w:val="tr-TR"/>
        </w:rPr>
      </w:pPr>
    </w:p>
    <w:p w:rsidR="00BC2A0A" w:rsidRPr="0065357F" w:rsidRDefault="004612AD" w:rsidP="00BC2A0A">
      <w:pPr>
        <w:spacing w:after="0"/>
        <w:rPr>
          <w:b/>
          <w:lang w:val="tr-TR"/>
        </w:rPr>
      </w:pPr>
      <w:r w:rsidRPr="0065357F">
        <w:rPr>
          <w:b/>
          <w:lang w:val="tr-TR"/>
        </w:rPr>
        <w:t xml:space="preserve">5. </w:t>
      </w:r>
      <w:r w:rsidR="00BC2A0A" w:rsidRPr="0065357F">
        <w:rPr>
          <w:b/>
          <w:lang w:val="tr-TR"/>
        </w:rPr>
        <w:t xml:space="preserve">AKADEMİK VE TOPLUMSAL KATKI </w:t>
      </w:r>
    </w:p>
    <w:p w:rsidR="00BC2A0A" w:rsidRPr="0065357F" w:rsidRDefault="00BC2A0A" w:rsidP="00BC2A0A">
      <w:pPr>
        <w:spacing w:before="100" w:beforeAutospacing="1" w:after="0" w:line="240" w:lineRule="auto"/>
        <w:rPr>
          <w:lang w:val="tr-TR"/>
        </w:rPr>
      </w:pPr>
      <w:r w:rsidRPr="0065357F">
        <w:rPr>
          <w:lang w:val="tr-TR"/>
        </w:rPr>
        <w:t>Araştırmanın akademik ve toplumsal katkıları açıklandı mı?</w:t>
      </w:r>
      <w:r w:rsidRPr="0065357F">
        <w:rPr>
          <w:lang w:val="tr-TR"/>
        </w:rPr>
        <w:br/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Evet    </w:t>
      </w:r>
      <w:r w:rsidRPr="0065357F">
        <w:rPr>
          <w:rFonts w:ascii="Segoe UI Symbol" w:hAnsi="Segoe UI Symbol" w:cs="Segoe UI Symbol"/>
          <w:lang w:val="tr-TR"/>
        </w:rPr>
        <w:t>☐</w:t>
      </w:r>
      <w:r w:rsidRPr="0065357F">
        <w:rPr>
          <w:lang w:val="tr-TR"/>
        </w:rPr>
        <w:t xml:space="preserve"> Hay</w:t>
      </w:r>
      <w:r w:rsidRPr="0065357F">
        <w:rPr>
          <w:rFonts w:cs="Times New Roman"/>
          <w:lang w:val="tr-TR"/>
        </w:rPr>
        <w:t>ı</w:t>
      </w:r>
      <w:r w:rsidRPr="0065357F">
        <w:rPr>
          <w:lang w:val="tr-TR"/>
        </w:rPr>
        <w:t xml:space="preserve">r </w:t>
      </w:r>
    </w:p>
    <w:p w:rsidR="004F5957" w:rsidRPr="0065357F" w:rsidRDefault="00240A68">
      <w:pPr>
        <w:rPr>
          <w:b/>
          <w:lang w:val="tr-TR"/>
        </w:rPr>
      </w:pPr>
      <w:r w:rsidRPr="0065357F">
        <w:rPr>
          <w:b/>
          <w:lang w:val="tr-TR"/>
        </w:rPr>
        <w:br/>
      </w:r>
    </w:p>
    <w:p w:rsidR="0020685E" w:rsidRPr="0065357F" w:rsidRDefault="004F5957">
      <w:pPr>
        <w:rPr>
          <w:lang w:val="tr-TR"/>
        </w:rPr>
      </w:pPr>
      <w:r w:rsidRPr="0065357F">
        <w:rPr>
          <w:b/>
          <w:lang w:val="tr-TR"/>
        </w:rPr>
        <w:t>6</w:t>
      </w:r>
      <w:r w:rsidR="00BC2A0A" w:rsidRPr="0065357F">
        <w:rPr>
          <w:b/>
          <w:lang w:val="tr-TR"/>
        </w:rPr>
        <w:t xml:space="preserve">. </w:t>
      </w:r>
      <w:r w:rsidR="00240A68" w:rsidRPr="0065357F">
        <w:rPr>
          <w:b/>
          <w:lang w:val="tr-TR"/>
        </w:rPr>
        <w:t>EKLER VE BELGELER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Kaynakça eklendi mi?</w:t>
      </w:r>
      <w:r w:rsidRPr="0065357F">
        <w:rPr>
          <w:lang w:val="tr-TR"/>
        </w:rPr>
        <w:br/>
        <w:t>☐ Evet    ☐ Hayır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Onam formu eklendi mi?</w:t>
      </w:r>
      <w:r w:rsidRPr="0065357F">
        <w:rPr>
          <w:lang w:val="tr-TR"/>
        </w:rPr>
        <w:br/>
        <w:t>☐ Evet    ☐ Hayır    ☐ Uygulanamaz</w:t>
      </w:r>
    </w:p>
    <w:p w:rsidR="00BC2A0A" w:rsidRPr="0065357F" w:rsidRDefault="00BC2A0A">
      <w:pPr>
        <w:rPr>
          <w:lang w:val="tr-TR"/>
        </w:rPr>
      </w:pPr>
    </w:p>
    <w:p w:rsidR="0020685E" w:rsidRPr="0065357F" w:rsidRDefault="00240A68">
      <w:pPr>
        <w:rPr>
          <w:lang w:val="tr-TR"/>
        </w:rPr>
      </w:pPr>
      <w:r w:rsidRPr="0065357F">
        <w:rPr>
          <w:b/>
          <w:lang w:val="tr-TR"/>
        </w:rPr>
        <w:t>Onam Formu Kontrol Listesi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Araştırmanın amacı belirtildi</w:t>
      </w:r>
      <w:r w:rsidR="00DD7048" w:rsidRPr="0065357F">
        <w:rPr>
          <w:lang w:val="tr-TR"/>
        </w:rPr>
        <w:t xml:space="preserve">. </w:t>
      </w:r>
    </w:p>
    <w:p w:rsidR="00DD7048" w:rsidRPr="0065357F" w:rsidRDefault="00DD7048" w:rsidP="00DD7048">
      <w:pPr>
        <w:rPr>
          <w:lang w:val="tr-TR"/>
        </w:rPr>
      </w:pPr>
      <w:r w:rsidRPr="0065357F">
        <w:rPr>
          <w:lang w:val="tr-TR"/>
        </w:rPr>
        <w:t xml:space="preserve">☐ Olası riskler açıklandı.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Gönüllülük vurgulandı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Çekilme hakkı belirtildi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Süre bilgisi verildi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İletişim bilgileri eklendi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Etik kurul bilgisi eklendi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Ses/görüntü kaydı bilgisi verildi</w:t>
      </w:r>
      <w:r w:rsidR="00DD7048" w:rsidRPr="0065357F">
        <w:rPr>
          <w:lang w:val="tr-TR"/>
        </w:rPr>
        <w:t xml:space="preserve">. </w:t>
      </w:r>
    </w:p>
    <w:p w:rsidR="0020685E" w:rsidRPr="0065357F" w:rsidRDefault="00240A68">
      <w:pPr>
        <w:rPr>
          <w:lang w:val="tr-TR"/>
        </w:rPr>
      </w:pPr>
      <w:r w:rsidRPr="0065357F">
        <w:rPr>
          <w:lang w:val="tr-TR"/>
        </w:rPr>
        <w:t>☐ 18 yaş altı için veli onamı eklendi</w:t>
      </w:r>
      <w:r w:rsidR="00DD7048" w:rsidRPr="0065357F">
        <w:rPr>
          <w:lang w:val="tr-TR"/>
        </w:rPr>
        <w:t xml:space="preserve">. </w:t>
      </w:r>
    </w:p>
    <w:p w:rsidR="00BE6F9C" w:rsidRPr="0065357F" w:rsidRDefault="00240A68">
      <w:pPr>
        <w:rPr>
          <w:b/>
          <w:lang w:val="tr-TR"/>
        </w:rPr>
      </w:pPr>
      <w:r w:rsidRPr="0065357F">
        <w:rPr>
          <w:b/>
          <w:lang w:val="tr-TR"/>
        </w:rPr>
        <w:br/>
        <w:t xml:space="preserve">6. </w:t>
      </w:r>
      <w:r w:rsidR="00BE6F9C" w:rsidRPr="0065357F">
        <w:rPr>
          <w:b/>
          <w:lang w:val="tr-TR"/>
        </w:rPr>
        <w:t xml:space="preserve">SORUMLU ARAŞTIRMACI BİLGİLERİ </w:t>
      </w:r>
    </w:p>
    <w:p w:rsidR="00BE6F9C" w:rsidRPr="0065357F" w:rsidRDefault="00BE6F9C" w:rsidP="00BE6F9C">
      <w:pPr>
        <w:rPr>
          <w:lang w:val="tr-TR"/>
        </w:rPr>
      </w:pPr>
      <w:r w:rsidRPr="0065357F">
        <w:rPr>
          <w:lang w:val="tr-TR"/>
        </w:rPr>
        <w:t>İsim &amp; Soy İsim  ___________________________</w:t>
      </w:r>
    </w:p>
    <w:p w:rsidR="00BE6F9C" w:rsidRPr="0065357F" w:rsidRDefault="00BE6F9C" w:rsidP="00BE6F9C">
      <w:pPr>
        <w:rPr>
          <w:lang w:val="tr-TR"/>
        </w:rPr>
      </w:pPr>
      <w:r w:rsidRPr="0065357F">
        <w:rPr>
          <w:lang w:val="tr-TR"/>
        </w:rPr>
        <w:t>İmza: ___________________________</w:t>
      </w:r>
    </w:p>
    <w:p w:rsidR="00BE6F9C" w:rsidRPr="0065357F" w:rsidRDefault="00BE6F9C" w:rsidP="00BE6F9C">
      <w:pPr>
        <w:rPr>
          <w:lang w:val="tr-TR"/>
        </w:rPr>
      </w:pPr>
      <w:r w:rsidRPr="0065357F">
        <w:rPr>
          <w:lang w:val="tr-TR"/>
        </w:rPr>
        <w:t>Tarih: ______________________________</w:t>
      </w:r>
    </w:p>
    <w:p w:rsidR="00BE6F9C" w:rsidRPr="0065357F" w:rsidRDefault="00BE6F9C">
      <w:pPr>
        <w:rPr>
          <w:b/>
          <w:lang w:val="tr-TR"/>
        </w:rPr>
      </w:pPr>
    </w:p>
    <w:p w:rsidR="00BE6F9C" w:rsidRPr="0065357F" w:rsidRDefault="00BE6F9C">
      <w:pPr>
        <w:rPr>
          <w:lang w:val="tr-TR"/>
        </w:rPr>
      </w:pPr>
    </w:p>
    <w:sectPr w:rsidR="00BE6F9C" w:rsidRPr="0065357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0EC" w:rsidRDefault="003040EC" w:rsidP="005C646D">
      <w:pPr>
        <w:spacing w:after="0" w:line="240" w:lineRule="auto"/>
      </w:pPr>
      <w:r>
        <w:separator/>
      </w:r>
    </w:p>
  </w:endnote>
  <w:endnote w:type="continuationSeparator" w:id="0">
    <w:p w:rsidR="003040EC" w:rsidRDefault="003040EC" w:rsidP="005C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69" w:rsidRDefault="008D77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9729444"/>
      <w:docPartObj>
        <w:docPartGallery w:val="Page Numbers (Bottom of Page)"/>
        <w:docPartUnique/>
      </w:docPartObj>
    </w:sdtPr>
    <w:sdtEndPr/>
    <w:sdtContent>
      <w:p w:rsidR="0065357F" w:rsidRDefault="0065357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FD1" w:rsidRPr="00F23FD1">
          <w:rPr>
            <w:noProof/>
            <w:lang w:val="tr-TR"/>
          </w:rPr>
          <w:t>1</w:t>
        </w:r>
        <w:r>
          <w:fldChar w:fldCharType="end"/>
        </w:r>
      </w:p>
      <w:p w:rsidR="0065357F" w:rsidRDefault="00F23FD1">
        <w:pPr>
          <w:pStyle w:val="AltBilgi"/>
          <w:jc w:val="center"/>
        </w:pPr>
      </w:p>
    </w:sdtContent>
  </w:sdt>
  <w:p w:rsidR="008D7769" w:rsidRDefault="008D7769" w:rsidP="008D7769">
    <w:pPr>
      <w:pStyle w:val="AltBilgi"/>
    </w:pPr>
    <w:r>
      <w:t>Form No: ÜY-FR-113</w:t>
    </w:r>
    <w:r w:rsidR="00F23FD1">
      <w:t>1</w:t>
    </w:r>
    <w:r>
      <w:t xml:space="preserve"> </w:t>
    </w:r>
    <w:proofErr w:type="spellStart"/>
    <w:r>
      <w:t>Yayın</w:t>
    </w:r>
    <w:proofErr w:type="spellEnd"/>
    <w:r>
      <w:t xml:space="preserve"> Tarihi:30.06.2026 </w:t>
    </w:r>
    <w:proofErr w:type="spellStart"/>
    <w:r>
      <w:t>Değ</w:t>
    </w:r>
    <w:proofErr w:type="spellEnd"/>
    <w:r>
      <w:t xml:space="preserve">. No:0 </w:t>
    </w:r>
    <w:proofErr w:type="spellStart"/>
    <w:r>
      <w:t>Değ</w:t>
    </w:r>
    <w:proofErr w:type="spellEnd"/>
    <w:r>
      <w:t xml:space="preserve">. </w:t>
    </w:r>
    <w:proofErr w:type="spellStart"/>
    <w:r>
      <w:t>Tarihi</w:t>
    </w:r>
    <w:proofErr w:type="spellEnd"/>
    <w:r>
      <w:t>:</w:t>
    </w:r>
  </w:p>
  <w:p w:rsidR="005C646D" w:rsidRDefault="005C646D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69" w:rsidRDefault="008D77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0EC" w:rsidRDefault="003040EC" w:rsidP="005C646D">
      <w:pPr>
        <w:spacing w:after="0" w:line="240" w:lineRule="auto"/>
      </w:pPr>
      <w:r>
        <w:separator/>
      </w:r>
    </w:p>
  </w:footnote>
  <w:footnote w:type="continuationSeparator" w:id="0">
    <w:p w:rsidR="003040EC" w:rsidRDefault="003040EC" w:rsidP="005C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69" w:rsidRDefault="008D77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69" w:rsidRDefault="008D77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69" w:rsidRDefault="008D776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12AA3"/>
    <w:multiLevelType w:val="multilevel"/>
    <w:tmpl w:val="E296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96661"/>
    <w:multiLevelType w:val="multilevel"/>
    <w:tmpl w:val="EC40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36F4"/>
    <w:rsid w:val="001474DA"/>
    <w:rsid w:val="0015074B"/>
    <w:rsid w:val="0016566A"/>
    <w:rsid w:val="00185D98"/>
    <w:rsid w:val="0020685E"/>
    <w:rsid w:val="00240202"/>
    <w:rsid w:val="00240A68"/>
    <w:rsid w:val="0029639D"/>
    <w:rsid w:val="003040EC"/>
    <w:rsid w:val="00326F90"/>
    <w:rsid w:val="003E40E2"/>
    <w:rsid w:val="003F67BF"/>
    <w:rsid w:val="00404746"/>
    <w:rsid w:val="004612AD"/>
    <w:rsid w:val="004A5C93"/>
    <w:rsid w:val="004B14EB"/>
    <w:rsid w:val="004F5957"/>
    <w:rsid w:val="00542909"/>
    <w:rsid w:val="005435CB"/>
    <w:rsid w:val="005C646D"/>
    <w:rsid w:val="006469C8"/>
    <w:rsid w:val="0065357F"/>
    <w:rsid w:val="008D7769"/>
    <w:rsid w:val="00905ADD"/>
    <w:rsid w:val="00AA1D8D"/>
    <w:rsid w:val="00B00BB9"/>
    <w:rsid w:val="00B47730"/>
    <w:rsid w:val="00BC14ED"/>
    <w:rsid w:val="00BC2A0A"/>
    <w:rsid w:val="00BE6F9C"/>
    <w:rsid w:val="00CB0664"/>
    <w:rsid w:val="00CE43A0"/>
    <w:rsid w:val="00D94BA9"/>
    <w:rsid w:val="00DD7048"/>
    <w:rsid w:val="00E966D4"/>
    <w:rsid w:val="00EE52A6"/>
    <w:rsid w:val="00F06A7F"/>
    <w:rsid w:val="00F23F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E35B6"/>
  <w14:defaultImageDpi w14:val="300"/>
  <w15:docId w15:val="{DA1CEE3C-1D15-4082-B078-818DEA4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152822-6511-46EB-B1F4-27A2E929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Aydemir</dc:creator>
  <cp:keywords/>
  <dc:description>generated by python-docx</dc:description>
  <cp:lastModifiedBy>Abu Kalite Yönetimi</cp:lastModifiedBy>
  <cp:revision>7</cp:revision>
  <dcterms:created xsi:type="dcterms:W3CDTF">2026-06-25T13:45:00Z</dcterms:created>
  <dcterms:modified xsi:type="dcterms:W3CDTF">2026-06-30T13:51:00Z</dcterms:modified>
  <cp:category/>
</cp:coreProperties>
</file>