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85E" w:rsidRPr="0065357F" w:rsidRDefault="00AA1B95" w:rsidP="0057064C">
      <w:pPr>
        <w:jc w:val="center"/>
        <w:rPr>
          <w:lang w:val="tr-TR"/>
        </w:rPr>
      </w:pPr>
      <w:r>
        <w:rPr>
          <w:b/>
          <w:lang w:val="tr-TR"/>
        </w:rPr>
        <w:t>REPUBLIC OF TÜRKİYE</w:t>
      </w:r>
      <w:r w:rsidR="00240A68" w:rsidRPr="0065357F">
        <w:rPr>
          <w:b/>
          <w:lang w:val="tr-TR"/>
        </w:rPr>
        <w:br/>
        <w:t>ANTALYA B</w:t>
      </w:r>
      <w:r w:rsidR="004602EA">
        <w:rPr>
          <w:b/>
          <w:lang w:val="tr-TR"/>
        </w:rPr>
        <w:t>ILIM UNIVERSITY</w:t>
      </w:r>
      <w:r w:rsidR="00240A68" w:rsidRPr="0065357F">
        <w:rPr>
          <w:b/>
          <w:lang w:val="tr-TR"/>
        </w:rPr>
        <w:br/>
      </w:r>
      <w:r w:rsidR="004602EA">
        <w:rPr>
          <w:b/>
          <w:lang w:val="tr-TR"/>
        </w:rPr>
        <w:t>ETHICS COMMITTEE FOR SOCIAL AND HUMAN SCIENCES</w:t>
      </w:r>
      <w:r w:rsidR="00240A68" w:rsidRPr="0065357F">
        <w:rPr>
          <w:b/>
          <w:lang w:val="tr-TR"/>
        </w:rPr>
        <w:br/>
      </w:r>
      <w:r w:rsidR="004602EA">
        <w:rPr>
          <w:b/>
          <w:lang w:val="tr-TR"/>
        </w:rPr>
        <w:t>APPLICATION CHECKLIST</w:t>
      </w:r>
    </w:p>
    <w:p w:rsidR="0020685E" w:rsidRPr="0065357F" w:rsidRDefault="0020685E" w:rsidP="0057064C">
      <w:pPr>
        <w:rPr>
          <w:lang w:val="tr-TR"/>
        </w:rPr>
      </w:pPr>
    </w:p>
    <w:p w:rsidR="0020685E" w:rsidRPr="0065357F" w:rsidRDefault="00240A68" w:rsidP="0057064C">
      <w:pPr>
        <w:rPr>
          <w:lang w:val="tr-TR"/>
        </w:rPr>
      </w:pPr>
      <w:r w:rsidRPr="0065357F">
        <w:rPr>
          <w:b/>
          <w:lang w:val="tr-TR"/>
        </w:rPr>
        <w:t xml:space="preserve">1. </w:t>
      </w:r>
      <w:r w:rsidR="004602EA">
        <w:rPr>
          <w:b/>
          <w:lang w:val="tr-TR"/>
        </w:rPr>
        <w:t>APPLICATION AND GENERAL INFORMATION</w:t>
      </w:r>
    </w:p>
    <w:p w:rsidR="0020685E" w:rsidRPr="0065357F" w:rsidRDefault="004602EA" w:rsidP="0057064C">
      <w:pPr>
        <w:rPr>
          <w:lang w:val="tr-TR"/>
        </w:rPr>
      </w:pPr>
      <w:r>
        <w:rPr>
          <w:lang w:val="tr-TR"/>
        </w:rPr>
        <w:t xml:space="preserve">Has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application</w:t>
      </w:r>
      <w:proofErr w:type="spellEnd"/>
      <w:r>
        <w:rPr>
          <w:lang w:val="tr-TR"/>
        </w:rPr>
        <w:t xml:space="preserve"> form </w:t>
      </w:r>
      <w:proofErr w:type="spellStart"/>
      <w:r>
        <w:rPr>
          <w:lang w:val="tr-TR"/>
        </w:rPr>
        <w:t>been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completed</w:t>
      </w:r>
      <w:proofErr w:type="spellEnd"/>
      <w:r>
        <w:rPr>
          <w:lang w:val="tr-TR"/>
        </w:rPr>
        <w:t xml:space="preserve"> in </w:t>
      </w:r>
      <w:proofErr w:type="spellStart"/>
      <w:r>
        <w:rPr>
          <w:lang w:val="tr-TR"/>
        </w:rPr>
        <w:t>full</w:t>
      </w:r>
      <w:proofErr w:type="spellEnd"/>
      <w:r>
        <w:rPr>
          <w:lang w:val="tr-TR"/>
        </w:rPr>
        <w:t>?</w:t>
      </w:r>
      <w:r w:rsidR="00240A68" w:rsidRPr="0065357F">
        <w:rPr>
          <w:lang w:val="tr-TR"/>
        </w:rPr>
        <w:br/>
        <w:t xml:space="preserve">☐ </w:t>
      </w:r>
      <w:proofErr w:type="spellStart"/>
      <w:r>
        <w:rPr>
          <w:lang w:val="tr-TR"/>
        </w:rPr>
        <w:t>Yes</w:t>
      </w:r>
      <w:proofErr w:type="spellEnd"/>
      <w:r w:rsidR="00240A68" w:rsidRPr="0065357F">
        <w:rPr>
          <w:lang w:val="tr-TR"/>
        </w:rPr>
        <w:t xml:space="preserve">    ☐ </w:t>
      </w:r>
      <w:r>
        <w:rPr>
          <w:lang w:val="tr-TR"/>
        </w:rPr>
        <w:t>No</w:t>
      </w:r>
    </w:p>
    <w:p w:rsidR="0020685E" w:rsidRPr="004602EA" w:rsidRDefault="004602EA" w:rsidP="0057064C">
      <w:pPr>
        <w:spacing w:before="80"/>
      </w:pPr>
      <w:r>
        <w:rPr>
          <w:lang w:val="tr-TR"/>
        </w:rPr>
        <w:t xml:space="preserve">Has </w:t>
      </w:r>
      <w:r>
        <w:t>the title of the research been stated clearly and explicitly?</w:t>
      </w:r>
      <w:r w:rsidR="00240A68" w:rsidRPr="0065357F">
        <w:rPr>
          <w:lang w:val="tr-TR"/>
        </w:rPr>
        <w:br/>
      </w:r>
      <w:r w:rsidRPr="0065357F">
        <w:rPr>
          <w:lang w:val="tr-TR"/>
        </w:rPr>
        <w:t xml:space="preserve">☐ </w:t>
      </w:r>
      <w:proofErr w:type="spellStart"/>
      <w:r>
        <w:rPr>
          <w:lang w:val="tr-TR"/>
        </w:rPr>
        <w:t>Yes</w:t>
      </w:r>
      <w:proofErr w:type="spellEnd"/>
      <w:r w:rsidRPr="0065357F">
        <w:rPr>
          <w:lang w:val="tr-TR"/>
        </w:rPr>
        <w:t xml:space="preserve">    ☐ </w:t>
      </w:r>
      <w:r>
        <w:rPr>
          <w:lang w:val="tr-TR"/>
        </w:rPr>
        <w:t>No</w:t>
      </w:r>
    </w:p>
    <w:p w:rsidR="0020685E" w:rsidRPr="0065357F" w:rsidRDefault="004602EA" w:rsidP="0057064C">
      <w:pPr>
        <w:rPr>
          <w:lang w:val="tr-TR"/>
        </w:rPr>
      </w:pPr>
      <w:r>
        <w:rPr>
          <w:lang w:val="tr-TR"/>
        </w:rPr>
        <w:t xml:space="preserve">Has </w:t>
      </w:r>
      <w:r>
        <w:t>the principal researcher's information been provided in full?</w:t>
      </w:r>
      <w:r w:rsidR="00240A68" w:rsidRPr="0065357F">
        <w:rPr>
          <w:lang w:val="tr-TR"/>
        </w:rPr>
        <w:br/>
      </w:r>
      <w:r w:rsidRPr="0065357F">
        <w:rPr>
          <w:lang w:val="tr-TR"/>
        </w:rPr>
        <w:t xml:space="preserve">☐ </w:t>
      </w:r>
      <w:proofErr w:type="spellStart"/>
      <w:r>
        <w:rPr>
          <w:lang w:val="tr-TR"/>
        </w:rPr>
        <w:t>Yes</w:t>
      </w:r>
      <w:proofErr w:type="spellEnd"/>
      <w:r w:rsidRPr="0065357F">
        <w:rPr>
          <w:lang w:val="tr-TR"/>
        </w:rPr>
        <w:t xml:space="preserve">    ☐ </w:t>
      </w:r>
      <w:r>
        <w:rPr>
          <w:lang w:val="tr-TR"/>
        </w:rPr>
        <w:t>No</w:t>
      </w:r>
    </w:p>
    <w:p w:rsidR="0020685E" w:rsidRPr="0065357F" w:rsidRDefault="004602EA" w:rsidP="0057064C">
      <w:pPr>
        <w:rPr>
          <w:lang w:val="tr-TR"/>
        </w:rPr>
      </w:pPr>
      <w:proofErr w:type="spellStart"/>
      <w:r>
        <w:rPr>
          <w:lang w:val="tr-TR"/>
        </w:rPr>
        <w:t>If</w:t>
      </w:r>
      <w:proofErr w:type="spellEnd"/>
      <w:r>
        <w:rPr>
          <w:lang w:val="tr-TR"/>
        </w:rPr>
        <w:t xml:space="preserve"> </w:t>
      </w:r>
      <w:r>
        <w:t>the research constitutes a thesis study, has the supervisor's information been included?</w:t>
      </w:r>
      <w:r w:rsidR="00240A68" w:rsidRPr="0065357F">
        <w:rPr>
          <w:lang w:val="tr-TR"/>
        </w:rPr>
        <w:br/>
        <w:t xml:space="preserve">☐ </w:t>
      </w:r>
      <w:proofErr w:type="spellStart"/>
      <w:r>
        <w:rPr>
          <w:lang w:val="tr-TR"/>
        </w:rPr>
        <w:t>Yes</w:t>
      </w:r>
      <w:proofErr w:type="spellEnd"/>
      <w:r>
        <w:rPr>
          <w:lang w:val="tr-TR"/>
        </w:rPr>
        <w:t xml:space="preserve"> </w:t>
      </w:r>
      <w:r w:rsidR="00240A68" w:rsidRPr="0065357F">
        <w:rPr>
          <w:lang w:val="tr-TR"/>
        </w:rPr>
        <w:t xml:space="preserve">   ☐ </w:t>
      </w:r>
      <w:r>
        <w:rPr>
          <w:lang w:val="tr-TR"/>
        </w:rPr>
        <w:t>No</w:t>
      </w:r>
      <w:r w:rsidR="00240A68" w:rsidRPr="0065357F">
        <w:rPr>
          <w:lang w:val="tr-TR"/>
        </w:rPr>
        <w:t xml:space="preserve">    ☐ </w:t>
      </w:r>
      <w:r>
        <w:rPr>
          <w:lang w:val="tr-TR"/>
        </w:rPr>
        <w:t>N/A</w:t>
      </w:r>
      <w:r w:rsidR="003978C8">
        <w:rPr>
          <w:lang w:val="tr-TR"/>
        </w:rPr>
        <w:t xml:space="preserve"> (</w:t>
      </w:r>
      <w:r w:rsidR="003978C8">
        <w:t>Not Applicable)</w:t>
      </w:r>
    </w:p>
    <w:p w:rsidR="0020685E" w:rsidRPr="004602EA" w:rsidRDefault="004602EA" w:rsidP="0057064C">
      <w:pPr>
        <w:spacing w:before="80"/>
      </w:pPr>
      <w:r>
        <w:rPr>
          <w:lang w:val="tr-TR"/>
        </w:rPr>
        <w:t xml:space="preserve">Has </w:t>
      </w:r>
      <w:r>
        <w:t>the information of all co-researchers been included?</w:t>
      </w:r>
      <w:r w:rsidR="00240A68" w:rsidRPr="0065357F">
        <w:rPr>
          <w:lang w:val="tr-TR"/>
        </w:rPr>
        <w:br/>
      </w:r>
      <w:r w:rsidRPr="0065357F">
        <w:rPr>
          <w:lang w:val="tr-TR"/>
        </w:rPr>
        <w:t xml:space="preserve">☐ </w:t>
      </w:r>
      <w:proofErr w:type="spellStart"/>
      <w:r>
        <w:rPr>
          <w:lang w:val="tr-TR"/>
        </w:rPr>
        <w:t>Yes</w:t>
      </w:r>
      <w:proofErr w:type="spellEnd"/>
      <w:r>
        <w:rPr>
          <w:lang w:val="tr-TR"/>
        </w:rPr>
        <w:t xml:space="preserve"> </w:t>
      </w:r>
      <w:r w:rsidRPr="0065357F">
        <w:rPr>
          <w:lang w:val="tr-TR"/>
        </w:rPr>
        <w:t xml:space="preserve">   ☐ </w:t>
      </w:r>
      <w:r>
        <w:rPr>
          <w:lang w:val="tr-TR"/>
        </w:rPr>
        <w:t>No</w:t>
      </w:r>
      <w:r w:rsidRPr="0065357F">
        <w:rPr>
          <w:lang w:val="tr-TR"/>
        </w:rPr>
        <w:t xml:space="preserve">    ☐ </w:t>
      </w:r>
      <w:r>
        <w:rPr>
          <w:lang w:val="tr-TR"/>
        </w:rPr>
        <w:t>N/A</w:t>
      </w:r>
    </w:p>
    <w:p w:rsidR="003F67BF" w:rsidRPr="0065357F" w:rsidRDefault="004602EA" w:rsidP="0057064C">
      <w:pPr>
        <w:rPr>
          <w:lang w:val="tr-TR"/>
        </w:rPr>
      </w:pPr>
      <w:r>
        <w:rPr>
          <w:lang w:val="tr-TR"/>
        </w:rPr>
        <w:t xml:space="preserve">Is </w:t>
      </w:r>
      <w:r>
        <w:t>the wet signature of the principal researcher present?</w:t>
      </w:r>
      <w:r w:rsidR="003F67BF" w:rsidRPr="0065357F">
        <w:rPr>
          <w:lang w:val="tr-TR"/>
        </w:rPr>
        <w:br/>
      </w:r>
      <w:r w:rsidRPr="0065357F">
        <w:rPr>
          <w:lang w:val="tr-TR"/>
        </w:rPr>
        <w:t xml:space="preserve">☐ </w:t>
      </w:r>
      <w:proofErr w:type="spellStart"/>
      <w:r>
        <w:rPr>
          <w:lang w:val="tr-TR"/>
        </w:rPr>
        <w:t>Yes</w:t>
      </w:r>
      <w:proofErr w:type="spellEnd"/>
      <w:r w:rsidRPr="0065357F">
        <w:rPr>
          <w:lang w:val="tr-TR"/>
        </w:rPr>
        <w:t xml:space="preserve">    ☐ </w:t>
      </w:r>
      <w:r>
        <w:rPr>
          <w:lang w:val="tr-TR"/>
        </w:rPr>
        <w:t>No</w:t>
      </w:r>
    </w:p>
    <w:p w:rsidR="003F67BF" w:rsidRPr="0065357F" w:rsidRDefault="004602EA" w:rsidP="0057064C">
      <w:pPr>
        <w:rPr>
          <w:lang w:val="tr-TR"/>
        </w:rPr>
      </w:pPr>
      <w:proofErr w:type="spellStart"/>
      <w:r>
        <w:rPr>
          <w:rStyle w:val="Gl"/>
          <w:rFonts w:cs="Times New Roman"/>
          <w:b w:val="0"/>
          <w:lang w:val="tr-TR"/>
        </w:rPr>
        <w:t>Have</w:t>
      </w:r>
      <w:proofErr w:type="spellEnd"/>
      <w:r>
        <w:rPr>
          <w:rStyle w:val="Gl"/>
          <w:rFonts w:cs="Times New Roman"/>
          <w:b w:val="0"/>
          <w:lang w:val="tr-TR"/>
        </w:rPr>
        <w:t xml:space="preserve"> </w:t>
      </w:r>
      <w:r>
        <w:t>all researchers, supervisors, and project coordinators initialed every page of the document?</w:t>
      </w:r>
      <w:r w:rsidR="003F67BF" w:rsidRPr="0065357F">
        <w:rPr>
          <w:rStyle w:val="Gl"/>
          <w:rFonts w:cs="Times New Roman"/>
          <w:b w:val="0"/>
          <w:lang w:val="tr-TR"/>
        </w:rPr>
        <w:t xml:space="preserve"> </w:t>
      </w:r>
      <w:r w:rsidR="003F67BF" w:rsidRPr="0065357F">
        <w:rPr>
          <w:lang w:val="tr-TR"/>
        </w:rPr>
        <w:br/>
      </w:r>
      <w:r w:rsidRPr="0065357F">
        <w:rPr>
          <w:lang w:val="tr-TR"/>
        </w:rPr>
        <w:t xml:space="preserve">☐ </w:t>
      </w:r>
      <w:proofErr w:type="spellStart"/>
      <w:r>
        <w:rPr>
          <w:lang w:val="tr-TR"/>
        </w:rPr>
        <w:t>Yes</w:t>
      </w:r>
      <w:proofErr w:type="spellEnd"/>
      <w:r w:rsidRPr="0065357F">
        <w:rPr>
          <w:lang w:val="tr-TR"/>
        </w:rPr>
        <w:t xml:space="preserve">    ☐ </w:t>
      </w:r>
      <w:r>
        <w:rPr>
          <w:lang w:val="tr-TR"/>
        </w:rPr>
        <w:t>No</w:t>
      </w:r>
    </w:p>
    <w:p w:rsidR="003F67BF" w:rsidRPr="0065357F" w:rsidRDefault="004602EA" w:rsidP="0057064C">
      <w:pPr>
        <w:rPr>
          <w:lang w:val="tr-TR"/>
        </w:rPr>
      </w:pPr>
      <w:r>
        <w:rPr>
          <w:lang w:val="tr-TR"/>
        </w:rPr>
        <w:t xml:space="preserve">Has </w:t>
      </w:r>
      <w:r>
        <w:t>the principal researcher provided a handwritten declaration affirming that the research will be conducted in accordance with ethical principles?</w:t>
      </w:r>
    </w:p>
    <w:p w:rsidR="004602EA" w:rsidRDefault="004602EA" w:rsidP="0057064C">
      <w:pPr>
        <w:rPr>
          <w:lang w:val="tr-TR"/>
        </w:rPr>
      </w:pPr>
      <w:r w:rsidRPr="0065357F">
        <w:rPr>
          <w:lang w:val="tr-TR"/>
        </w:rPr>
        <w:t xml:space="preserve">☐ </w:t>
      </w:r>
      <w:proofErr w:type="spellStart"/>
      <w:r>
        <w:rPr>
          <w:lang w:val="tr-TR"/>
        </w:rPr>
        <w:t>Yes</w:t>
      </w:r>
      <w:proofErr w:type="spellEnd"/>
      <w:r w:rsidRPr="0065357F">
        <w:rPr>
          <w:lang w:val="tr-TR"/>
        </w:rPr>
        <w:t xml:space="preserve">    ☐ </w:t>
      </w:r>
      <w:r>
        <w:rPr>
          <w:lang w:val="tr-TR"/>
        </w:rPr>
        <w:t>No</w:t>
      </w:r>
    </w:p>
    <w:p w:rsidR="0020685E" w:rsidRPr="0065357F" w:rsidRDefault="00240A68" w:rsidP="0057064C">
      <w:pPr>
        <w:rPr>
          <w:lang w:val="tr-TR"/>
        </w:rPr>
      </w:pPr>
      <w:r w:rsidRPr="0065357F">
        <w:rPr>
          <w:b/>
          <w:lang w:val="tr-TR"/>
        </w:rPr>
        <w:br/>
        <w:t xml:space="preserve">2. </w:t>
      </w:r>
      <w:r w:rsidR="004602EA">
        <w:rPr>
          <w:b/>
          <w:lang w:val="tr-TR"/>
        </w:rPr>
        <w:t>RESEARCH DESIGN AND METHODOLOGY</w:t>
      </w:r>
    </w:p>
    <w:p w:rsidR="0020685E" w:rsidRPr="0065357F" w:rsidRDefault="004602EA" w:rsidP="0057064C">
      <w:pPr>
        <w:rPr>
          <w:lang w:val="tr-TR"/>
        </w:rPr>
      </w:pPr>
      <w:r>
        <w:rPr>
          <w:lang w:val="tr-TR"/>
        </w:rPr>
        <w:t xml:space="preserve">Has </w:t>
      </w:r>
      <w:r>
        <w:t>the type of research been correctly indicated?</w:t>
      </w:r>
      <w:r w:rsidR="00240A68" w:rsidRPr="0065357F">
        <w:rPr>
          <w:lang w:val="tr-TR"/>
        </w:rPr>
        <w:br/>
      </w:r>
      <w:r w:rsidRPr="0065357F">
        <w:rPr>
          <w:lang w:val="tr-TR"/>
        </w:rPr>
        <w:t xml:space="preserve">☐ </w:t>
      </w:r>
      <w:proofErr w:type="spellStart"/>
      <w:r>
        <w:rPr>
          <w:lang w:val="tr-TR"/>
        </w:rPr>
        <w:t>Yes</w:t>
      </w:r>
      <w:proofErr w:type="spellEnd"/>
      <w:r>
        <w:rPr>
          <w:lang w:val="tr-TR"/>
        </w:rPr>
        <w:t xml:space="preserve"> </w:t>
      </w:r>
      <w:r w:rsidRPr="0065357F">
        <w:rPr>
          <w:lang w:val="tr-TR"/>
        </w:rPr>
        <w:t xml:space="preserve">   ☐ </w:t>
      </w:r>
      <w:r>
        <w:rPr>
          <w:lang w:val="tr-TR"/>
        </w:rPr>
        <w:t>No</w:t>
      </w:r>
      <w:r w:rsidRPr="0065357F">
        <w:rPr>
          <w:lang w:val="tr-TR"/>
        </w:rPr>
        <w:t xml:space="preserve">    </w:t>
      </w:r>
    </w:p>
    <w:p w:rsidR="000A36F4" w:rsidRPr="0065357F" w:rsidRDefault="004602EA" w:rsidP="0057064C">
      <w:pPr>
        <w:rPr>
          <w:lang w:val="tr-TR"/>
        </w:rPr>
      </w:pPr>
      <w:r>
        <w:rPr>
          <w:lang w:val="tr-TR"/>
        </w:rPr>
        <w:t xml:space="preserve">Has </w:t>
      </w:r>
      <w:r>
        <w:t>the funding status of the research been correctly indicated?</w:t>
      </w:r>
      <w:r w:rsidR="000A36F4" w:rsidRPr="0065357F">
        <w:rPr>
          <w:lang w:val="tr-TR"/>
        </w:rPr>
        <w:br/>
      </w:r>
      <w:r w:rsidRPr="0065357F">
        <w:rPr>
          <w:lang w:val="tr-TR"/>
        </w:rPr>
        <w:t xml:space="preserve">☐ </w:t>
      </w:r>
      <w:proofErr w:type="spellStart"/>
      <w:r>
        <w:rPr>
          <w:lang w:val="tr-TR"/>
        </w:rPr>
        <w:t>Yes</w:t>
      </w:r>
      <w:proofErr w:type="spellEnd"/>
      <w:r>
        <w:rPr>
          <w:lang w:val="tr-TR"/>
        </w:rPr>
        <w:t xml:space="preserve"> </w:t>
      </w:r>
      <w:r w:rsidRPr="0065357F">
        <w:rPr>
          <w:lang w:val="tr-TR"/>
        </w:rPr>
        <w:t xml:space="preserve">   ☐ </w:t>
      </w:r>
      <w:r>
        <w:rPr>
          <w:lang w:val="tr-TR"/>
        </w:rPr>
        <w:t>No</w:t>
      </w:r>
      <w:r w:rsidRPr="0065357F">
        <w:rPr>
          <w:lang w:val="tr-TR"/>
        </w:rPr>
        <w:t xml:space="preserve">    </w:t>
      </w:r>
    </w:p>
    <w:p w:rsidR="00EE52A6" w:rsidRPr="0065357F" w:rsidRDefault="004602EA" w:rsidP="0057064C">
      <w:pPr>
        <w:rPr>
          <w:lang w:val="tr-TR"/>
        </w:rPr>
      </w:pPr>
      <w:r>
        <w:rPr>
          <w:lang w:val="tr-TR"/>
        </w:rPr>
        <w:t xml:space="preserve">Has </w:t>
      </w:r>
      <w:r>
        <w:t>the type of application (initial application / amendment / extension, etc.) been specified?</w:t>
      </w:r>
      <w:r w:rsidR="00EE52A6" w:rsidRPr="0065357F">
        <w:rPr>
          <w:lang w:val="tr-TR"/>
        </w:rPr>
        <w:br/>
      </w:r>
      <w:r w:rsidRPr="0065357F">
        <w:rPr>
          <w:lang w:val="tr-TR"/>
        </w:rPr>
        <w:t xml:space="preserve">☐ </w:t>
      </w:r>
      <w:proofErr w:type="spellStart"/>
      <w:r>
        <w:rPr>
          <w:lang w:val="tr-TR"/>
        </w:rPr>
        <w:t>Yes</w:t>
      </w:r>
      <w:proofErr w:type="spellEnd"/>
      <w:r>
        <w:rPr>
          <w:lang w:val="tr-TR"/>
        </w:rPr>
        <w:t xml:space="preserve"> </w:t>
      </w:r>
      <w:r w:rsidRPr="0065357F">
        <w:rPr>
          <w:lang w:val="tr-TR"/>
        </w:rPr>
        <w:t xml:space="preserve">   ☐ </w:t>
      </w:r>
      <w:r>
        <w:rPr>
          <w:lang w:val="tr-TR"/>
        </w:rPr>
        <w:t>No</w:t>
      </w:r>
      <w:r w:rsidRPr="0065357F">
        <w:rPr>
          <w:lang w:val="tr-TR"/>
        </w:rPr>
        <w:t xml:space="preserve">    </w:t>
      </w:r>
    </w:p>
    <w:p w:rsidR="00EE52A6" w:rsidRPr="0065357F" w:rsidRDefault="00EE52A6" w:rsidP="0057064C">
      <w:pPr>
        <w:rPr>
          <w:lang w:val="tr-TR"/>
        </w:rPr>
      </w:pPr>
    </w:p>
    <w:p w:rsidR="0020685E" w:rsidRPr="0065357F" w:rsidRDefault="004602EA" w:rsidP="0057064C">
      <w:pPr>
        <w:rPr>
          <w:lang w:val="tr-TR"/>
        </w:rPr>
      </w:pPr>
      <w:r>
        <w:rPr>
          <w:lang w:val="tr-TR"/>
        </w:rPr>
        <w:lastRenderedPageBreak/>
        <w:t xml:space="preserve">Has </w:t>
      </w:r>
      <w:r>
        <w:t>the general approach of the research been described?</w:t>
      </w:r>
      <w:r w:rsidR="00240A68" w:rsidRPr="0065357F">
        <w:rPr>
          <w:lang w:val="tr-TR"/>
        </w:rPr>
        <w:br/>
      </w:r>
      <w:r w:rsidRPr="0065357F">
        <w:rPr>
          <w:lang w:val="tr-TR"/>
        </w:rPr>
        <w:t xml:space="preserve">☐ </w:t>
      </w:r>
      <w:proofErr w:type="spellStart"/>
      <w:r>
        <w:rPr>
          <w:lang w:val="tr-TR"/>
        </w:rPr>
        <w:t>Yes</w:t>
      </w:r>
      <w:proofErr w:type="spellEnd"/>
      <w:r>
        <w:rPr>
          <w:lang w:val="tr-TR"/>
        </w:rPr>
        <w:t xml:space="preserve"> </w:t>
      </w:r>
      <w:r w:rsidRPr="0065357F">
        <w:rPr>
          <w:lang w:val="tr-TR"/>
        </w:rPr>
        <w:t xml:space="preserve">   ☐ </w:t>
      </w:r>
      <w:r>
        <w:rPr>
          <w:lang w:val="tr-TR"/>
        </w:rPr>
        <w:t>No</w:t>
      </w:r>
      <w:r w:rsidRPr="0065357F">
        <w:rPr>
          <w:lang w:val="tr-TR"/>
        </w:rPr>
        <w:t xml:space="preserve">    </w:t>
      </w:r>
    </w:p>
    <w:p w:rsidR="0020685E" w:rsidRPr="004602EA" w:rsidRDefault="004602EA" w:rsidP="0057064C">
      <w:pPr>
        <w:spacing w:before="80"/>
      </w:pPr>
      <w:r>
        <w:t>Has the data collection method been clearly defined?</w:t>
      </w:r>
      <w:r w:rsidR="00240A68" w:rsidRPr="0065357F">
        <w:rPr>
          <w:lang w:val="tr-TR"/>
        </w:rPr>
        <w:br/>
      </w:r>
      <w:r w:rsidRPr="0065357F">
        <w:rPr>
          <w:lang w:val="tr-TR"/>
        </w:rPr>
        <w:t xml:space="preserve">☐ </w:t>
      </w:r>
      <w:proofErr w:type="spellStart"/>
      <w:r>
        <w:rPr>
          <w:lang w:val="tr-TR"/>
        </w:rPr>
        <w:t>Yes</w:t>
      </w:r>
      <w:proofErr w:type="spellEnd"/>
      <w:r>
        <w:rPr>
          <w:lang w:val="tr-TR"/>
        </w:rPr>
        <w:t xml:space="preserve"> </w:t>
      </w:r>
      <w:r w:rsidRPr="0065357F">
        <w:rPr>
          <w:lang w:val="tr-TR"/>
        </w:rPr>
        <w:t xml:space="preserve">   ☐ </w:t>
      </w:r>
      <w:r>
        <w:rPr>
          <w:lang w:val="tr-TR"/>
        </w:rPr>
        <w:t>No</w:t>
      </w:r>
      <w:r w:rsidRPr="0065357F">
        <w:rPr>
          <w:lang w:val="tr-TR"/>
        </w:rPr>
        <w:t xml:space="preserve">    </w:t>
      </w:r>
    </w:p>
    <w:p w:rsidR="004602EA" w:rsidRDefault="004602EA" w:rsidP="0057064C">
      <w:pPr>
        <w:spacing w:before="80"/>
      </w:pPr>
      <w:r>
        <w:t>Is the data collection timeline consistent with the ethics committee approval?</w:t>
      </w:r>
      <w:r w:rsidR="00240A68" w:rsidRPr="0065357F">
        <w:rPr>
          <w:lang w:val="tr-TR"/>
        </w:rPr>
        <w:br/>
      </w:r>
      <w:r w:rsidRPr="0065357F">
        <w:rPr>
          <w:lang w:val="tr-TR"/>
        </w:rPr>
        <w:t xml:space="preserve">☐ </w:t>
      </w:r>
      <w:proofErr w:type="spellStart"/>
      <w:r>
        <w:rPr>
          <w:lang w:val="tr-TR"/>
        </w:rPr>
        <w:t>Yes</w:t>
      </w:r>
      <w:proofErr w:type="spellEnd"/>
      <w:r>
        <w:rPr>
          <w:lang w:val="tr-TR"/>
        </w:rPr>
        <w:t xml:space="preserve"> </w:t>
      </w:r>
      <w:r w:rsidRPr="0065357F">
        <w:rPr>
          <w:lang w:val="tr-TR"/>
        </w:rPr>
        <w:t xml:space="preserve">   ☐ </w:t>
      </w:r>
      <w:r>
        <w:rPr>
          <w:lang w:val="tr-TR"/>
        </w:rPr>
        <w:t>No</w:t>
      </w:r>
      <w:r w:rsidRPr="0065357F">
        <w:rPr>
          <w:lang w:val="tr-TR"/>
        </w:rPr>
        <w:t xml:space="preserve">    </w:t>
      </w:r>
    </w:p>
    <w:p w:rsidR="004602EA" w:rsidRDefault="004602EA" w:rsidP="0057064C">
      <w:pPr>
        <w:spacing w:before="80"/>
      </w:pPr>
      <w:proofErr w:type="gramStart"/>
      <w:r>
        <w:t>Have</w:t>
      </w:r>
      <w:proofErr w:type="gramEnd"/>
      <w:r>
        <w:t xml:space="preserve"> the purpose, primary research question, and hypotheses (if applicable) of the research been clearly stated?</w:t>
      </w:r>
    </w:p>
    <w:p w:rsidR="00EE52A6" w:rsidRPr="004602EA" w:rsidRDefault="004602EA" w:rsidP="0057064C">
      <w:pPr>
        <w:spacing w:before="80"/>
      </w:pPr>
      <w:r w:rsidRPr="0065357F">
        <w:rPr>
          <w:lang w:val="tr-TR"/>
        </w:rPr>
        <w:t xml:space="preserve">☐ </w:t>
      </w:r>
      <w:proofErr w:type="spellStart"/>
      <w:r>
        <w:rPr>
          <w:lang w:val="tr-TR"/>
        </w:rPr>
        <w:t>Yes</w:t>
      </w:r>
      <w:proofErr w:type="spellEnd"/>
      <w:r>
        <w:rPr>
          <w:lang w:val="tr-TR"/>
        </w:rPr>
        <w:t xml:space="preserve"> </w:t>
      </w:r>
      <w:r w:rsidRPr="0065357F">
        <w:rPr>
          <w:lang w:val="tr-TR"/>
        </w:rPr>
        <w:t xml:space="preserve">   ☐ </w:t>
      </w:r>
      <w:r>
        <w:rPr>
          <w:lang w:val="tr-TR"/>
        </w:rPr>
        <w:t>No</w:t>
      </w:r>
      <w:r w:rsidRPr="0065357F">
        <w:rPr>
          <w:lang w:val="tr-TR"/>
        </w:rPr>
        <w:t xml:space="preserve">    </w:t>
      </w:r>
    </w:p>
    <w:p w:rsidR="0020685E" w:rsidRPr="004602EA" w:rsidRDefault="004602EA" w:rsidP="0057064C">
      <w:pPr>
        <w:spacing w:before="80"/>
      </w:pPr>
      <w:r>
        <w:t>Have the population and sampling procedures been described?</w:t>
      </w:r>
      <w:r w:rsidR="00240A68" w:rsidRPr="0065357F">
        <w:rPr>
          <w:lang w:val="tr-TR"/>
        </w:rPr>
        <w:br/>
      </w:r>
      <w:r w:rsidRPr="0065357F">
        <w:rPr>
          <w:lang w:val="tr-TR"/>
        </w:rPr>
        <w:t xml:space="preserve">☐ </w:t>
      </w:r>
      <w:proofErr w:type="spellStart"/>
      <w:r>
        <w:rPr>
          <w:lang w:val="tr-TR"/>
        </w:rPr>
        <w:t>Yes</w:t>
      </w:r>
      <w:proofErr w:type="spellEnd"/>
      <w:r>
        <w:rPr>
          <w:lang w:val="tr-TR"/>
        </w:rPr>
        <w:t xml:space="preserve"> </w:t>
      </w:r>
      <w:r w:rsidRPr="0065357F">
        <w:rPr>
          <w:lang w:val="tr-TR"/>
        </w:rPr>
        <w:t xml:space="preserve">   ☐ </w:t>
      </w:r>
      <w:r>
        <w:rPr>
          <w:lang w:val="tr-TR"/>
        </w:rPr>
        <w:t>No</w:t>
      </w:r>
      <w:r w:rsidRPr="0065357F">
        <w:rPr>
          <w:lang w:val="tr-TR"/>
        </w:rPr>
        <w:t xml:space="preserve">    </w:t>
      </w:r>
    </w:p>
    <w:p w:rsidR="00BC2A0A" w:rsidRPr="004602EA" w:rsidRDefault="004602EA" w:rsidP="0057064C">
      <w:pPr>
        <w:spacing w:before="80"/>
      </w:pPr>
      <w:r>
        <w:t>Have the inclusion and exclusion criteria for participants been specified?</w:t>
      </w:r>
      <w:r w:rsidR="00BC2A0A" w:rsidRPr="0065357F">
        <w:rPr>
          <w:lang w:val="tr-TR"/>
        </w:rPr>
        <w:br/>
      </w:r>
      <w:r w:rsidRPr="0065357F">
        <w:rPr>
          <w:lang w:val="tr-TR"/>
        </w:rPr>
        <w:t xml:space="preserve">☐ </w:t>
      </w:r>
      <w:proofErr w:type="spellStart"/>
      <w:r>
        <w:rPr>
          <w:lang w:val="tr-TR"/>
        </w:rPr>
        <w:t>Yes</w:t>
      </w:r>
      <w:proofErr w:type="spellEnd"/>
      <w:r>
        <w:rPr>
          <w:lang w:val="tr-TR"/>
        </w:rPr>
        <w:t xml:space="preserve"> </w:t>
      </w:r>
      <w:r w:rsidRPr="0065357F">
        <w:rPr>
          <w:lang w:val="tr-TR"/>
        </w:rPr>
        <w:t xml:space="preserve">   ☐ </w:t>
      </w:r>
      <w:r>
        <w:rPr>
          <w:lang w:val="tr-TR"/>
        </w:rPr>
        <w:t>No</w:t>
      </w:r>
      <w:r w:rsidRPr="0065357F">
        <w:rPr>
          <w:lang w:val="tr-TR"/>
        </w:rPr>
        <w:t xml:space="preserve">    </w:t>
      </w:r>
    </w:p>
    <w:p w:rsidR="0020685E" w:rsidRPr="004602EA" w:rsidRDefault="004602EA" w:rsidP="0057064C">
      <w:pPr>
        <w:spacing w:before="80"/>
      </w:pPr>
      <w:r>
        <w:t>Has the participant profile been described?</w:t>
      </w:r>
      <w:r w:rsidR="00240A68" w:rsidRPr="0065357F">
        <w:rPr>
          <w:lang w:val="tr-TR"/>
        </w:rPr>
        <w:br/>
      </w:r>
      <w:r w:rsidRPr="0065357F">
        <w:rPr>
          <w:lang w:val="tr-TR"/>
        </w:rPr>
        <w:t xml:space="preserve">☐ </w:t>
      </w:r>
      <w:proofErr w:type="spellStart"/>
      <w:r>
        <w:rPr>
          <w:lang w:val="tr-TR"/>
        </w:rPr>
        <w:t>Yes</w:t>
      </w:r>
      <w:proofErr w:type="spellEnd"/>
      <w:r>
        <w:rPr>
          <w:lang w:val="tr-TR"/>
        </w:rPr>
        <w:t xml:space="preserve"> </w:t>
      </w:r>
      <w:r w:rsidRPr="0065357F">
        <w:rPr>
          <w:lang w:val="tr-TR"/>
        </w:rPr>
        <w:t xml:space="preserve">   ☐ </w:t>
      </w:r>
      <w:r>
        <w:rPr>
          <w:lang w:val="tr-TR"/>
        </w:rPr>
        <w:t>No</w:t>
      </w:r>
      <w:r w:rsidRPr="0065357F">
        <w:rPr>
          <w:lang w:val="tr-TR"/>
        </w:rPr>
        <w:t xml:space="preserve">    </w:t>
      </w:r>
    </w:p>
    <w:p w:rsidR="0020685E" w:rsidRPr="0065357F" w:rsidRDefault="00240A68" w:rsidP="0057064C">
      <w:pPr>
        <w:rPr>
          <w:lang w:val="tr-TR"/>
        </w:rPr>
      </w:pPr>
      <w:r w:rsidRPr="0065357F">
        <w:rPr>
          <w:b/>
          <w:lang w:val="tr-TR"/>
        </w:rPr>
        <w:br/>
        <w:t>3. ET</w:t>
      </w:r>
      <w:r w:rsidR="00EC5AF1">
        <w:rPr>
          <w:b/>
          <w:lang w:val="tr-TR"/>
        </w:rPr>
        <w:t>HICAL COMPLIANCE</w:t>
      </w:r>
    </w:p>
    <w:p w:rsidR="0020685E" w:rsidRPr="00EC5AF1" w:rsidRDefault="00EC5AF1" w:rsidP="0057064C">
      <w:pPr>
        <w:spacing w:before="80"/>
      </w:pPr>
      <w:r>
        <w:t>Have the potential risks associated with the research been identified?</w:t>
      </w:r>
      <w:r w:rsidR="00240A68" w:rsidRPr="0065357F">
        <w:rPr>
          <w:lang w:val="tr-TR"/>
        </w:rPr>
        <w:br/>
      </w:r>
      <w:r w:rsidR="004602EA" w:rsidRPr="0065357F">
        <w:rPr>
          <w:lang w:val="tr-TR"/>
        </w:rPr>
        <w:t xml:space="preserve">☐ </w:t>
      </w:r>
      <w:proofErr w:type="spellStart"/>
      <w:r w:rsidR="004602EA">
        <w:rPr>
          <w:lang w:val="tr-TR"/>
        </w:rPr>
        <w:t>Yes</w:t>
      </w:r>
      <w:proofErr w:type="spellEnd"/>
      <w:r w:rsidR="004602EA">
        <w:rPr>
          <w:lang w:val="tr-TR"/>
        </w:rPr>
        <w:t xml:space="preserve"> </w:t>
      </w:r>
      <w:r w:rsidR="004602EA" w:rsidRPr="0065357F">
        <w:rPr>
          <w:lang w:val="tr-TR"/>
        </w:rPr>
        <w:t xml:space="preserve">   ☐ </w:t>
      </w:r>
      <w:r w:rsidR="004602EA">
        <w:rPr>
          <w:lang w:val="tr-TR"/>
        </w:rPr>
        <w:t>No</w:t>
      </w:r>
      <w:r w:rsidR="004602EA" w:rsidRPr="0065357F">
        <w:rPr>
          <w:lang w:val="tr-TR"/>
        </w:rPr>
        <w:t xml:space="preserve">    </w:t>
      </w:r>
    </w:p>
    <w:p w:rsidR="0020685E" w:rsidRPr="00EC5AF1" w:rsidRDefault="00EC5AF1" w:rsidP="0057064C">
      <w:pPr>
        <w:spacing w:before="80"/>
      </w:pPr>
      <w:r>
        <w:t>Have the measures to be taken in response to identified risks been described?</w:t>
      </w:r>
      <w:r w:rsidR="00240A68" w:rsidRPr="0065357F">
        <w:rPr>
          <w:lang w:val="tr-TR"/>
        </w:rPr>
        <w:br/>
      </w:r>
      <w:r w:rsidR="004602EA" w:rsidRPr="0065357F">
        <w:rPr>
          <w:lang w:val="tr-TR"/>
        </w:rPr>
        <w:t xml:space="preserve">☐ </w:t>
      </w:r>
      <w:proofErr w:type="spellStart"/>
      <w:r w:rsidR="004602EA">
        <w:rPr>
          <w:lang w:val="tr-TR"/>
        </w:rPr>
        <w:t>Yes</w:t>
      </w:r>
      <w:proofErr w:type="spellEnd"/>
      <w:r w:rsidR="004602EA">
        <w:rPr>
          <w:lang w:val="tr-TR"/>
        </w:rPr>
        <w:t xml:space="preserve"> </w:t>
      </w:r>
      <w:r w:rsidR="004602EA" w:rsidRPr="0065357F">
        <w:rPr>
          <w:lang w:val="tr-TR"/>
        </w:rPr>
        <w:t xml:space="preserve">   ☐ </w:t>
      </w:r>
      <w:r w:rsidR="004602EA">
        <w:rPr>
          <w:lang w:val="tr-TR"/>
        </w:rPr>
        <w:t>No</w:t>
      </w:r>
      <w:r w:rsidR="004602EA" w:rsidRPr="0065357F">
        <w:rPr>
          <w:lang w:val="tr-TR"/>
        </w:rPr>
        <w:t xml:space="preserve">    </w:t>
      </w:r>
    </w:p>
    <w:p w:rsidR="0020685E" w:rsidRPr="00EC5AF1" w:rsidRDefault="00EC5AF1" w:rsidP="0057064C">
      <w:pPr>
        <w:spacing w:before="80"/>
      </w:pPr>
      <w:r>
        <w:t>Has voluntary participation been specified?</w:t>
      </w:r>
      <w:r w:rsidR="00240A68" w:rsidRPr="0065357F">
        <w:rPr>
          <w:lang w:val="tr-TR"/>
        </w:rPr>
        <w:br/>
      </w:r>
      <w:r w:rsidR="004602EA" w:rsidRPr="0065357F">
        <w:rPr>
          <w:lang w:val="tr-TR"/>
        </w:rPr>
        <w:t xml:space="preserve">☐ </w:t>
      </w:r>
      <w:proofErr w:type="spellStart"/>
      <w:r w:rsidR="004602EA">
        <w:rPr>
          <w:lang w:val="tr-TR"/>
        </w:rPr>
        <w:t>Yes</w:t>
      </w:r>
      <w:proofErr w:type="spellEnd"/>
      <w:r w:rsidR="004602EA">
        <w:rPr>
          <w:lang w:val="tr-TR"/>
        </w:rPr>
        <w:t xml:space="preserve"> </w:t>
      </w:r>
      <w:r w:rsidR="004602EA" w:rsidRPr="0065357F">
        <w:rPr>
          <w:lang w:val="tr-TR"/>
        </w:rPr>
        <w:t xml:space="preserve">   ☐ </w:t>
      </w:r>
      <w:r w:rsidR="004602EA">
        <w:rPr>
          <w:lang w:val="tr-TR"/>
        </w:rPr>
        <w:t>No</w:t>
      </w:r>
      <w:r w:rsidR="004602EA" w:rsidRPr="0065357F">
        <w:rPr>
          <w:lang w:val="tr-TR"/>
        </w:rPr>
        <w:t xml:space="preserve">    </w:t>
      </w:r>
    </w:p>
    <w:p w:rsidR="0020685E" w:rsidRPr="0065357F" w:rsidRDefault="00EC5AF1" w:rsidP="0057064C">
      <w:pPr>
        <w:rPr>
          <w:lang w:val="tr-TR"/>
        </w:rPr>
      </w:pPr>
      <w:r>
        <w:rPr>
          <w:lang w:val="tr-TR"/>
        </w:rPr>
        <w:t>I</w:t>
      </w:r>
      <w:proofErr w:type="spellStart"/>
      <w:r>
        <w:t>s</w:t>
      </w:r>
      <w:proofErr w:type="spellEnd"/>
      <w:r>
        <w:t xml:space="preserve"> there an informed consent procedure in place?</w:t>
      </w:r>
      <w:r w:rsidR="00240A68" w:rsidRPr="0065357F">
        <w:rPr>
          <w:lang w:val="tr-TR"/>
        </w:rPr>
        <w:br/>
      </w:r>
      <w:r w:rsidR="004602EA" w:rsidRPr="0065357F">
        <w:rPr>
          <w:lang w:val="tr-TR"/>
        </w:rPr>
        <w:t xml:space="preserve">☐ </w:t>
      </w:r>
      <w:proofErr w:type="spellStart"/>
      <w:r w:rsidR="004602EA">
        <w:rPr>
          <w:lang w:val="tr-TR"/>
        </w:rPr>
        <w:t>Yes</w:t>
      </w:r>
      <w:proofErr w:type="spellEnd"/>
      <w:r w:rsidR="004602EA">
        <w:rPr>
          <w:lang w:val="tr-TR"/>
        </w:rPr>
        <w:t xml:space="preserve"> </w:t>
      </w:r>
      <w:r w:rsidR="004602EA" w:rsidRPr="0065357F">
        <w:rPr>
          <w:lang w:val="tr-TR"/>
        </w:rPr>
        <w:t xml:space="preserve">   ☐ </w:t>
      </w:r>
      <w:r w:rsidR="004602EA">
        <w:rPr>
          <w:lang w:val="tr-TR"/>
        </w:rPr>
        <w:t>No</w:t>
      </w:r>
      <w:r w:rsidR="004602EA" w:rsidRPr="0065357F">
        <w:rPr>
          <w:lang w:val="tr-TR"/>
        </w:rPr>
        <w:t xml:space="preserve">    </w:t>
      </w:r>
    </w:p>
    <w:p w:rsidR="0020685E" w:rsidRPr="00EC5AF1" w:rsidRDefault="00EC5AF1" w:rsidP="0057064C">
      <w:pPr>
        <w:spacing w:before="80"/>
      </w:pPr>
      <w:r>
        <w:t>Has the right to withdraw been specified?</w:t>
      </w:r>
      <w:r w:rsidR="00240A68" w:rsidRPr="0065357F">
        <w:rPr>
          <w:lang w:val="tr-TR"/>
        </w:rPr>
        <w:br/>
      </w:r>
      <w:r w:rsidR="004602EA" w:rsidRPr="0065357F">
        <w:rPr>
          <w:lang w:val="tr-TR"/>
        </w:rPr>
        <w:t xml:space="preserve">☐ </w:t>
      </w:r>
      <w:proofErr w:type="spellStart"/>
      <w:r w:rsidR="004602EA">
        <w:rPr>
          <w:lang w:val="tr-TR"/>
        </w:rPr>
        <w:t>Yes</w:t>
      </w:r>
      <w:proofErr w:type="spellEnd"/>
      <w:r w:rsidR="004602EA">
        <w:rPr>
          <w:lang w:val="tr-TR"/>
        </w:rPr>
        <w:t xml:space="preserve"> </w:t>
      </w:r>
      <w:r w:rsidR="004602EA" w:rsidRPr="0065357F">
        <w:rPr>
          <w:lang w:val="tr-TR"/>
        </w:rPr>
        <w:t xml:space="preserve">   ☐ </w:t>
      </w:r>
      <w:r w:rsidR="004602EA">
        <w:rPr>
          <w:lang w:val="tr-TR"/>
        </w:rPr>
        <w:t>No</w:t>
      </w:r>
      <w:r w:rsidR="004602EA" w:rsidRPr="0065357F">
        <w:rPr>
          <w:lang w:val="tr-TR"/>
        </w:rPr>
        <w:t xml:space="preserve">    </w:t>
      </w:r>
    </w:p>
    <w:p w:rsidR="0020685E" w:rsidRPr="00EC5AF1" w:rsidRDefault="00EC5AF1" w:rsidP="0057064C">
      <w:pPr>
        <w:spacing w:before="80"/>
      </w:pPr>
      <w:r>
        <w:t>If deceptive or covert methods are employed, has an explanation been provided?</w:t>
      </w:r>
      <w:r w:rsidR="001474DA" w:rsidRPr="0065357F">
        <w:rPr>
          <w:lang w:val="tr-TR"/>
        </w:rPr>
        <w:br/>
      </w:r>
      <w:r w:rsidR="004602EA" w:rsidRPr="0065357F">
        <w:rPr>
          <w:lang w:val="tr-TR"/>
        </w:rPr>
        <w:t xml:space="preserve">☐ </w:t>
      </w:r>
      <w:proofErr w:type="spellStart"/>
      <w:r w:rsidR="004602EA">
        <w:rPr>
          <w:lang w:val="tr-TR"/>
        </w:rPr>
        <w:t>Yes</w:t>
      </w:r>
      <w:proofErr w:type="spellEnd"/>
      <w:r w:rsidR="004602EA">
        <w:rPr>
          <w:lang w:val="tr-TR"/>
        </w:rPr>
        <w:t xml:space="preserve"> </w:t>
      </w:r>
      <w:r w:rsidR="004602EA" w:rsidRPr="0065357F">
        <w:rPr>
          <w:lang w:val="tr-TR"/>
        </w:rPr>
        <w:t xml:space="preserve">   ☐ </w:t>
      </w:r>
      <w:r w:rsidR="004602EA">
        <w:rPr>
          <w:lang w:val="tr-TR"/>
        </w:rPr>
        <w:t>No</w:t>
      </w:r>
      <w:r w:rsidR="004602EA" w:rsidRPr="0065357F">
        <w:rPr>
          <w:lang w:val="tr-TR"/>
        </w:rPr>
        <w:t xml:space="preserve">    </w:t>
      </w:r>
      <w:r w:rsidR="001474DA" w:rsidRPr="0065357F">
        <w:rPr>
          <w:lang w:val="tr-TR"/>
        </w:rPr>
        <w:t xml:space="preserve">☐ </w:t>
      </w:r>
      <w:r w:rsidR="004602EA">
        <w:rPr>
          <w:lang w:val="tr-TR"/>
        </w:rPr>
        <w:t>N/A</w:t>
      </w:r>
    </w:p>
    <w:p w:rsidR="00BC2A0A" w:rsidRPr="00EC5AF1" w:rsidRDefault="00EC5AF1" w:rsidP="0057064C">
      <w:pPr>
        <w:spacing w:before="80"/>
      </w:pPr>
      <w:r>
        <w:t>Have compensatory mechanisms for participants in intervention or control group conditions been described?</w:t>
      </w:r>
      <w:r w:rsidR="00BC2A0A" w:rsidRPr="0065357F">
        <w:rPr>
          <w:lang w:val="tr-TR"/>
        </w:rPr>
        <w:br/>
      </w:r>
      <w:r w:rsidR="004602EA" w:rsidRPr="0065357F">
        <w:rPr>
          <w:lang w:val="tr-TR"/>
        </w:rPr>
        <w:t xml:space="preserve">☐ </w:t>
      </w:r>
      <w:proofErr w:type="spellStart"/>
      <w:r w:rsidR="004602EA">
        <w:rPr>
          <w:lang w:val="tr-TR"/>
        </w:rPr>
        <w:t>Yes</w:t>
      </w:r>
      <w:proofErr w:type="spellEnd"/>
      <w:r w:rsidR="004602EA">
        <w:rPr>
          <w:lang w:val="tr-TR"/>
        </w:rPr>
        <w:t xml:space="preserve"> </w:t>
      </w:r>
      <w:r w:rsidR="004602EA" w:rsidRPr="0065357F">
        <w:rPr>
          <w:lang w:val="tr-TR"/>
        </w:rPr>
        <w:t xml:space="preserve">   ☐ </w:t>
      </w:r>
      <w:r w:rsidR="004602EA">
        <w:rPr>
          <w:lang w:val="tr-TR"/>
        </w:rPr>
        <w:t>No</w:t>
      </w:r>
      <w:r w:rsidR="004602EA" w:rsidRPr="0065357F">
        <w:rPr>
          <w:lang w:val="tr-TR"/>
        </w:rPr>
        <w:t xml:space="preserve">    ☐ </w:t>
      </w:r>
      <w:r w:rsidR="004602EA">
        <w:rPr>
          <w:lang w:val="tr-TR"/>
        </w:rPr>
        <w:t>N/A</w:t>
      </w:r>
    </w:p>
    <w:p w:rsidR="0020685E" w:rsidRPr="000A2686" w:rsidRDefault="000A2686" w:rsidP="0057064C">
      <w:pPr>
        <w:spacing w:before="80"/>
      </w:pPr>
      <w:r>
        <w:lastRenderedPageBreak/>
        <w:t>Has anonymization been specified?</w:t>
      </w:r>
      <w:r w:rsidR="00240A68" w:rsidRPr="0065357F">
        <w:rPr>
          <w:lang w:val="tr-TR"/>
        </w:rPr>
        <w:br/>
      </w:r>
      <w:r w:rsidR="004602EA" w:rsidRPr="0065357F">
        <w:rPr>
          <w:lang w:val="tr-TR"/>
        </w:rPr>
        <w:t xml:space="preserve">☐ </w:t>
      </w:r>
      <w:proofErr w:type="spellStart"/>
      <w:r w:rsidR="004602EA">
        <w:rPr>
          <w:lang w:val="tr-TR"/>
        </w:rPr>
        <w:t>Yes</w:t>
      </w:r>
      <w:proofErr w:type="spellEnd"/>
      <w:r w:rsidR="004602EA">
        <w:rPr>
          <w:lang w:val="tr-TR"/>
        </w:rPr>
        <w:t xml:space="preserve"> </w:t>
      </w:r>
      <w:r w:rsidR="004602EA" w:rsidRPr="0065357F">
        <w:rPr>
          <w:lang w:val="tr-TR"/>
        </w:rPr>
        <w:t xml:space="preserve">   ☐ </w:t>
      </w:r>
      <w:r w:rsidR="004602EA">
        <w:rPr>
          <w:lang w:val="tr-TR"/>
        </w:rPr>
        <w:t>No</w:t>
      </w:r>
      <w:r w:rsidR="004602EA" w:rsidRPr="0065357F">
        <w:rPr>
          <w:lang w:val="tr-TR"/>
        </w:rPr>
        <w:t xml:space="preserve">    </w:t>
      </w:r>
    </w:p>
    <w:p w:rsidR="0020685E" w:rsidRPr="000A2686" w:rsidRDefault="000A2686" w:rsidP="0057064C">
      <w:pPr>
        <w:spacing w:before="80"/>
      </w:pPr>
      <w:r>
        <w:t>Will identifying information be removed?</w:t>
      </w:r>
      <w:r w:rsidR="00240A68" w:rsidRPr="0065357F">
        <w:rPr>
          <w:lang w:val="tr-TR"/>
        </w:rPr>
        <w:br/>
      </w:r>
      <w:r w:rsidR="004602EA" w:rsidRPr="0065357F">
        <w:rPr>
          <w:lang w:val="tr-TR"/>
        </w:rPr>
        <w:t xml:space="preserve">☐ </w:t>
      </w:r>
      <w:proofErr w:type="spellStart"/>
      <w:r w:rsidR="004602EA">
        <w:rPr>
          <w:lang w:val="tr-TR"/>
        </w:rPr>
        <w:t>Yes</w:t>
      </w:r>
      <w:proofErr w:type="spellEnd"/>
      <w:r w:rsidR="004602EA">
        <w:rPr>
          <w:lang w:val="tr-TR"/>
        </w:rPr>
        <w:t xml:space="preserve"> </w:t>
      </w:r>
      <w:r w:rsidR="004602EA" w:rsidRPr="0065357F">
        <w:rPr>
          <w:lang w:val="tr-TR"/>
        </w:rPr>
        <w:t xml:space="preserve">   ☐ </w:t>
      </w:r>
      <w:r w:rsidR="004602EA">
        <w:rPr>
          <w:lang w:val="tr-TR"/>
        </w:rPr>
        <w:t>No</w:t>
      </w:r>
      <w:r w:rsidR="004602EA" w:rsidRPr="0065357F">
        <w:rPr>
          <w:lang w:val="tr-TR"/>
        </w:rPr>
        <w:t xml:space="preserve">    </w:t>
      </w:r>
    </w:p>
    <w:p w:rsidR="0020685E" w:rsidRPr="000A2686" w:rsidRDefault="000A2686" w:rsidP="0057064C">
      <w:pPr>
        <w:spacing w:before="80"/>
      </w:pPr>
      <w:r>
        <w:t>Has the method of data storage been described?</w:t>
      </w:r>
      <w:r w:rsidR="00240A68" w:rsidRPr="0065357F">
        <w:rPr>
          <w:lang w:val="tr-TR"/>
        </w:rPr>
        <w:br/>
      </w:r>
      <w:r w:rsidR="004602EA" w:rsidRPr="0065357F">
        <w:rPr>
          <w:lang w:val="tr-TR"/>
        </w:rPr>
        <w:t xml:space="preserve">☐ </w:t>
      </w:r>
      <w:proofErr w:type="spellStart"/>
      <w:r w:rsidR="004602EA">
        <w:rPr>
          <w:lang w:val="tr-TR"/>
        </w:rPr>
        <w:t>Yes</w:t>
      </w:r>
      <w:proofErr w:type="spellEnd"/>
      <w:r w:rsidR="004602EA">
        <w:rPr>
          <w:lang w:val="tr-TR"/>
        </w:rPr>
        <w:t xml:space="preserve"> </w:t>
      </w:r>
      <w:r w:rsidR="004602EA" w:rsidRPr="0065357F">
        <w:rPr>
          <w:lang w:val="tr-TR"/>
        </w:rPr>
        <w:t xml:space="preserve">   ☐ </w:t>
      </w:r>
      <w:r w:rsidR="004602EA">
        <w:rPr>
          <w:lang w:val="tr-TR"/>
        </w:rPr>
        <w:t>No</w:t>
      </w:r>
      <w:r w:rsidR="004602EA" w:rsidRPr="0065357F">
        <w:rPr>
          <w:lang w:val="tr-TR"/>
        </w:rPr>
        <w:t xml:space="preserve">    </w:t>
      </w:r>
    </w:p>
    <w:p w:rsidR="0020685E" w:rsidRPr="000A2686" w:rsidRDefault="000A2686" w:rsidP="0057064C">
      <w:pPr>
        <w:spacing w:before="80"/>
      </w:pPr>
      <w:r>
        <w:t>Have the individuals who will have access to the data been clearly specified?</w:t>
      </w:r>
      <w:r w:rsidR="00240A68" w:rsidRPr="0065357F">
        <w:rPr>
          <w:lang w:val="tr-TR"/>
        </w:rPr>
        <w:br/>
      </w:r>
      <w:r w:rsidR="004602EA" w:rsidRPr="0065357F">
        <w:rPr>
          <w:lang w:val="tr-TR"/>
        </w:rPr>
        <w:t xml:space="preserve">☐ </w:t>
      </w:r>
      <w:proofErr w:type="spellStart"/>
      <w:r w:rsidR="004602EA">
        <w:rPr>
          <w:lang w:val="tr-TR"/>
        </w:rPr>
        <w:t>Yes</w:t>
      </w:r>
      <w:proofErr w:type="spellEnd"/>
      <w:r w:rsidR="004602EA">
        <w:rPr>
          <w:lang w:val="tr-TR"/>
        </w:rPr>
        <w:t xml:space="preserve"> </w:t>
      </w:r>
      <w:r w:rsidR="004602EA" w:rsidRPr="0065357F">
        <w:rPr>
          <w:lang w:val="tr-TR"/>
        </w:rPr>
        <w:t xml:space="preserve">   ☐ </w:t>
      </w:r>
      <w:r w:rsidR="004602EA">
        <w:rPr>
          <w:lang w:val="tr-TR"/>
        </w:rPr>
        <w:t>No</w:t>
      </w:r>
      <w:r w:rsidR="004602EA" w:rsidRPr="0065357F">
        <w:rPr>
          <w:lang w:val="tr-TR"/>
        </w:rPr>
        <w:t xml:space="preserve">    </w:t>
      </w:r>
    </w:p>
    <w:p w:rsidR="0020685E" w:rsidRPr="000A2686" w:rsidRDefault="000A2686" w:rsidP="0057064C">
      <w:pPr>
        <w:spacing w:before="80"/>
      </w:pPr>
      <w:r>
        <w:t>Have the data retention period and the data destruction procedure been clearly defined?</w:t>
      </w:r>
      <w:r w:rsidR="00240A68" w:rsidRPr="0065357F">
        <w:rPr>
          <w:lang w:val="tr-TR"/>
        </w:rPr>
        <w:br/>
      </w:r>
      <w:r w:rsidR="004602EA" w:rsidRPr="0065357F">
        <w:rPr>
          <w:lang w:val="tr-TR"/>
        </w:rPr>
        <w:t xml:space="preserve">☐ </w:t>
      </w:r>
      <w:proofErr w:type="spellStart"/>
      <w:r w:rsidR="004602EA">
        <w:rPr>
          <w:lang w:val="tr-TR"/>
        </w:rPr>
        <w:t>Yes</w:t>
      </w:r>
      <w:proofErr w:type="spellEnd"/>
      <w:r w:rsidR="004602EA">
        <w:rPr>
          <w:lang w:val="tr-TR"/>
        </w:rPr>
        <w:t xml:space="preserve"> </w:t>
      </w:r>
      <w:r w:rsidR="004602EA" w:rsidRPr="0065357F">
        <w:rPr>
          <w:lang w:val="tr-TR"/>
        </w:rPr>
        <w:t xml:space="preserve">   ☐ </w:t>
      </w:r>
      <w:r w:rsidR="004602EA">
        <w:rPr>
          <w:lang w:val="tr-TR"/>
        </w:rPr>
        <w:t>No</w:t>
      </w:r>
      <w:r w:rsidR="004602EA" w:rsidRPr="0065357F">
        <w:rPr>
          <w:lang w:val="tr-TR"/>
        </w:rPr>
        <w:t xml:space="preserve">    </w:t>
      </w:r>
    </w:p>
    <w:p w:rsidR="00BC2A0A" w:rsidRPr="0065357F" w:rsidRDefault="00BC2A0A" w:rsidP="0057064C">
      <w:pPr>
        <w:rPr>
          <w:b/>
          <w:lang w:val="tr-TR"/>
        </w:rPr>
      </w:pPr>
    </w:p>
    <w:p w:rsidR="004612AD" w:rsidRPr="0065357F" w:rsidRDefault="00BC2A0A" w:rsidP="0057064C">
      <w:pPr>
        <w:spacing w:before="240" w:after="0"/>
        <w:rPr>
          <w:b/>
          <w:lang w:val="tr-TR"/>
        </w:rPr>
      </w:pPr>
      <w:r w:rsidRPr="0065357F">
        <w:rPr>
          <w:b/>
          <w:lang w:val="tr-TR"/>
        </w:rPr>
        <w:t xml:space="preserve">4. </w:t>
      </w:r>
      <w:r w:rsidR="000A2686">
        <w:rPr>
          <w:b/>
          <w:lang w:val="tr-TR"/>
        </w:rPr>
        <w:t>INSTITUTIONAL PERMISSION</w:t>
      </w:r>
    </w:p>
    <w:p w:rsidR="004612AD" w:rsidRPr="0065357F" w:rsidRDefault="000A2686" w:rsidP="0057064C">
      <w:pPr>
        <w:spacing w:before="240"/>
        <w:rPr>
          <w:lang w:val="tr-TR"/>
        </w:rPr>
      </w:pPr>
      <w:r>
        <w:rPr>
          <w:lang w:val="tr-TR"/>
        </w:rPr>
        <w:t xml:space="preserve">Has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requirement</w:t>
      </w:r>
      <w:proofErr w:type="spellEnd"/>
      <w:r>
        <w:rPr>
          <w:lang w:val="tr-TR"/>
        </w:rPr>
        <w:t xml:space="preserve"> for </w:t>
      </w:r>
      <w:proofErr w:type="spellStart"/>
      <w:r>
        <w:rPr>
          <w:lang w:val="tr-TR"/>
        </w:rPr>
        <w:t>institutional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permission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been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indicated</w:t>
      </w:r>
      <w:proofErr w:type="spellEnd"/>
      <w:r>
        <w:rPr>
          <w:lang w:val="tr-TR"/>
        </w:rPr>
        <w:t>?</w:t>
      </w:r>
      <w:r w:rsidR="004612AD" w:rsidRPr="0065357F">
        <w:rPr>
          <w:lang w:val="tr-TR"/>
        </w:rPr>
        <w:br/>
      </w:r>
      <w:r w:rsidR="004602EA" w:rsidRPr="0065357F">
        <w:rPr>
          <w:lang w:val="tr-TR"/>
        </w:rPr>
        <w:t xml:space="preserve">☐ </w:t>
      </w:r>
      <w:proofErr w:type="spellStart"/>
      <w:r w:rsidR="004602EA">
        <w:rPr>
          <w:lang w:val="tr-TR"/>
        </w:rPr>
        <w:t>Yes</w:t>
      </w:r>
      <w:proofErr w:type="spellEnd"/>
      <w:r w:rsidR="004602EA">
        <w:rPr>
          <w:lang w:val="tr-TR"/>
        </w:rPr>
        <w:t xml:space="preserve"> </w:t>
      </w:r>
      <w:r w:rsidR="004602EA" w:rsidRPr="0065357F">
        <w:rPr>
          <w:lang w:val="tr-TR"/>
        </w:rPr>
        <w:t xml:space="preserve">   ☐ </w:t>
      </w:r>
      <w:r w:rsidR="004602EA">
        <w:rPr>
          <w:lang w:val="tr-TR"/>
        </w:rPr>
        <w:t>No</w:t>
      </w:r>
      <w:r w:rsidR="004602EA" w:rsidRPr="0065357F">
        <w:rPr>
          <w:lang w:val="tr-TR"/>
        </w:rPr>
        <w:t xml:space="preserve">    </w:t>
      </w:r>
    </w:p>
    <w:p w:rsidR="004612AD" w:rsidRPr="000A2686" w:rsidRDefault="000A2686" w:rsidP="0057064C">
      <w:pPr>
        <w:spacing w:before="80"/>
      </w:pPr>
      <w:r>
        <w:t>If required, has the institutional permission document been appended?</w:t>
      </w:r>
      <w:r w:rsidR="004612AD" w:rsidRPr="0065357F">
        <w:rPr>
          <w:lang w:val="tr-TR"/>
        </w:rPr>
        <w:br/>
      </w:r>
      <w:r w:rsidR="004602EA" w:rsidRPr="0065357F">
        <w:rPr>
          <w:lang w:val="tr-TR"/>
        </w:rPr>
        <w:t xml:space="preserve">☐ </w:t>
      </w:r>
      <w:proofErr w:type="spellStart"/>
      <w:r w:rsidR="004602EA">
        <w:rPr>
          <w:lang w:val="tr-TR"/>
        </w:rPr>
        <w:t>Yes</w:t>
      </w:r>
      <w:proofErr w:type="spellEnd"/>
      <w:r w:rsidR="004602EA">
        <w:rPr>
          <w:lang w:val="tr-TR"/>
        </w:rPr>
        <w:t xml:space="preserve"> </w:t>
      </w:r>
      <w:r w:rsidR="004602EA" w:rsidRPr="0065357F">
        <w:rPr>
          <w:lang w:val="tr-TR"/>
        </w:rPr>
        <w:t xml:space="preserve">   ☐ </w:t>
      </w:r>
      <w:r w:rsidR="004602EA">
        <w:rPr>
          <w:lang w:val="tr-TR"/>
        </w:rPr>
        <w:t>No</w:t>
      </w:r>
      <w:r w:rsidR="004602EA" w:rsidRPr="0065357F">
        <w:rPr>
          <w:lang w:val="tr-TR"/>
        </w:rPr>
        <w:t xml:space="preserve">    </w:t>
      </w:r>
      <w:r w:rsidR="004612AD" w:rsidRPr="0065357F">
        <w:rPr>
          <w:rFonts w:ascii="Segoe UI Symbol" w:hAnsi="Segoe UI Symbol" w:cs="Segoe UI Symbol"/>
          <w:lang w:val="tr-TR"/>
        </w:rPr>
        <w:t>☐</w:t>
      </w:r>
      <w:r w:rsidR="004612AD" w:rsidRPr="0065357F">
        <w:rPr>
          <w:lang w:val="tr-TR"/>
        </w:rPr>
        <w:t xml:space="preserve"> </w:t>
      </w:r>
      <w:r w:rsidR="004602EA">
        <w:rPr>
          <w:lang w:val="tr-TR"/>
        </w:rPr>
        <w:t>N/A</w:t>
      </w:r>
    </w:p>
    <w:p w:rsidR="004612AD" w:rsidRPr="0065357F" w:rsidRDefault="004612AD" w:rsidP="0057064C">
      <w:pPr>
        <w:spacing w:after="0"/>
        <w:rPr>
          <w:b/>
          <w:lang w:val="tr-TR"/>
        </w:rPr>
      </w:pPr>
    </w:p>
    <w:p w:rsidR="004612AD" w:rsidRPr="0065357F" w:rsidRDefault="004612AD" w:rsidP="0057064C">
      <w:pPr>
        <w:spacing w:after="0"/>
        <w:rPr>
          <w:b/>
          <w:lang w:val="tr-TR"/>
        </w:rPr>
      </w:pPr>
    </w:p>
    <w:p w:rsidR="00BC2A0A" w:rsidRPr="0065357F" w:rsidRDefault="004612AD" w:rsidP="0057064C">
      <w:pPr>
        <w:spacing w:after="0"/>
        <w:rPr>
          <w:b/>
          <w:lang w:val="tr-TR"/>
        </w:rPr>
      </w:pPr>
      <w:r w:rsidRPr="0065357F">
        <w:rPr>
          <w:b/>
          <w:lang w:val="tr-TR"/>
        </w:rPr>
        <w:t xml:space="preserve">5. </w:t>
      </w:r>
      <w:r w:rsidR="000A2686">
        <w:rPr>
          <w:b/>
          <w:lang w:val="tr-TR"/>
        </w:rPr>
        <w:t>ACADEMIC AND SOCIETAL CONTRIBUTION</w:t>
      </w:r>
      <w:r w:rsidR="00BC2A0A" w:rsidRPr="0065357F">
        <w:rPr>
          <w:b/>
          <w:lang w:val="tr-TR"/>
        </w:rPr>
        <w:t xml:space="preserve"> </w:t>
      </w:r>
    </w:p>
    <w:p w:rsidR="00BC2A0A" w:rsidRPr="0065357F" w:rsidRDefault="000A2686" w:rsidP="0057064C">
      <w:pPr>
        <w:spacing w:before="100" w:beforeAutospacing="1" w:after="0"/>
        <w:rPr>
          <w:lang w:val="tr-TR"/>
        </w:rPr>
      </w:pPr>
      <w:proofErr w:type="spellStart"/>
      <w:r>
        <w:rPr>
          <w:lang w:val="tr-TR"/>
        </w:rPr>
        <w:t>Have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r>
        <w:t>academic and societal contributions of the research been described?</w:t>
      </w:r>
      <w:r w:rsidR="00BC2A0A" w:rsidRPr="0065357F">
        <w:rPr>
          <w:lang w:val="tr-TR"/>
        </w:rPr>
        <w:br/>
      </w:r>
      <w:r w:rsidR="004602EA" w:rsidRPr="0065357F">
        <w:rPr>
          <w:lang w:val="tr-TR"/>
        </w:rPr>
        <w:t xml:space="preserve">☐ </w:t>
      </w:r>
      <w:proofErr w:type="spellStart"/>
      <w:r w:rsidR="004602EA">
        <w:rPr>
          <w:lang w:val="tr-TR"/>
        </w:rPr>
        <w:t>Yes</w:t>
      </w:r>
      <w:proofErr w:type="spellEnd"/>
      <w:r w:rsidR="004602EA">
        <w:rPr>
          <w:lang w:val="tr-TR"/>
        </w:rPr>
        <w:t xml:space="preserve"> </w:t>
      </w:r>
      <w:r w:rsidR="004602EA" w:rsidRPr="0065357F">
        <w:rPr>
          <w:lang w:val="tr-TR"/>
        </w:rPr>
        <w:t xml:space="preserve">   ☐ </w:t>
      </w:r>
      <w:r w:rsidR="004602EA">
        <w:rPr>
          <w:lang w:val="tr-TR"/>
        </w:rPr>
        <w:t>No</w:t>
      </w:r>
      <w:r w:rsidR="004602EA" w:rsidRPr="0065357F">
        <w:rPr>
          <w:lang w:val="tr-TR"/>
        </w:rPr>
        <w:t xml:space="preserve">    </w:t>
      </w:r>
    </w:p>
    <w:p w:rsidR="004F5957" w:rsidRPr="0065357F" w:rsidRDefault="00240A68" w:rsidP="0057064C">
      <w:pPr>
        <w:rPr>
          <w:b/>
          <w:lang w:val="tr-TR"/>
        </w:rPr>
      </w:pPr>
      <w:r w:rsidRPr="0065357F">
        <w:rPr>
          <w:b/>
          <w:lang w:val="tr-TR"/>
        </w:rPr>
        <w:br/>
      </w:r>
    </w:p>
    <w:p w:rsidR="0020685E" w:rsidRPr="0065357F" w:rsidRDefault="004F5957" w:rsidP="0057064C">
      <w:pPr>
        <w:rPr>
          <w:lang w:val="tr-TR"/>
        </w:rPr>
      </w:pPr>
      <w:r w:rsidRPr="0065357F">
        <w:rPr>
          <w:b/>
          <w:lang w:val="tr-TR"/>
        </w:rPr>
        <w:t>6</w:t>
      </w:r>
      <w:r w:rsidR="00BC2A0A" w:rsidRPr="0065357F">
        <w:rPr>
          <w:b/>
          <w:lang w:val="tr-TR"/>
        </w:rPr>
        <w:t xml:space="preserve">. </w:t>
      </w:r>
      <w:r w:rsidR="000A2686">
        <w:rPr>
          <w:b/>
          <w:lang w:val="tr-TR"/>
        </w:rPr>
        <w:t>APPENDICES AND SUPPORTING DOCUMENTS</w:t>
      </w:r>
    </w:p>
    <w:p w:rsidR="0020685E" w:rsidRPr="0065357F" w:rsidRDefault="000A2686" w:rsidP="0057064C">
      <w:pPr>
        <w:rPr>
          <w:lang w:val="tr-TR"/>
        </w:rPr>
      </w:pPr>
      <w:r>
        <w:rPr>
          <w:lang w:val="tr-TR"/>
        </w:rPr>
        <w:t xml:space="preserve">Has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reference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list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been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appended</w:t>
      </w:r>
      <w:proofErr w:type="spellEnd"/>
      <w:r>
        <w:rPr>
          <w:lang w:val="tr-TR"/>
        </w:rPr>
        <w:t>?</w:t>
      </w:r>
      <w:r w:rsidR="00240A68" w:rsidRPr="0065357F">
        <w:rPr>
          <w:lang w:val="tr-TR"/>
        </w:rPr>
        <w:br/>
      </w:r>
      <w:r w:rsidR="004602EA" w:rsidRPr="0065357F">
        <w:rPr>
          <w:lang w:val="tr-TR"/>
        </w:rPr>
        <w:t xml:space="preserve">☐ </w:t>
      </w:r>
      <w:proofErr w:type="spellStart"/>
      <w:r w:rsidR="004602EA">
        <w:rPr>
          <w:lang w:val="tr-TR"/>
        </w:rPr>
        <w:t>Yes</w:t>
      </w:r>
      <w:proofErr w:type="spellEnd"/>
      <w:r w:rsidR="004602EA">
        <w:rPr>
          <w:lang w:val="tr-TR"/>
        </w:rPr>
        <w:t xml:space="preserve"> </w:t>
      </w:r>
      <w:r w:rsidR="004602EA" w:rsidRPr="0065357F">
        <w:rPr>
          <w:lang w:val="tr-TR"/>
        </w:rPr>
        <w:t xml:space="preserve">   ☐ </w:t>
      </w:r>
      <w:r w:rsidR="004602EA">
        <w:rPr>
          <w:lang w:val="tr-TR"/>
        </w:rPr>
        <w:t>No</w:t>
      </w:r>
      <w:r w:rsidR="004602EA" w:rsidRPr="0065357F">
        <w:rPr>
          <w:lang w:val="tr-TR"/>
        </w:rPr>
        <w:t xml:space="preserve">    </w:t>
      </w:r>
    </w:p>
    <w:p w:rsidR="0057064C" w:rsidRDefault="000A2686" w:rsidP="0057064C">
      <w:pPr>
        <w:rPr>
          <w:lang w:val="tr-TR"/>
        </w:rPr>
      </w:pPr>
      <w:r>
        <w:rPr>
          <w:lang w:val="tr-TR"/>
        </w:rPr>
        <w:t xml:space="preserve">Has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informed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consent</w:t>
      </w:r>
      <w:proofErr w:type="spellEnd"/>
      <w:r>
        <w:rPr>
          <w:lang w:val="tr-TR"/>
        </w:rPr>
        <w:t xml:space="preserve"> form </w:t>
      </w:r>
      <w:proofErr w:type="spellStart"/>
      <w:r>
        <w:rPr>
          <w:lang w:val="tr-TR"/>
        </w:rPr>
        <w:t>been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appended</w:t>
      </w:r>
      <w:proofErr w:type="spellEnd"/>
      <w:r>
        <w:rPr>
          <w:lang w:val="tr-TR"/>
        </w:rPr>
        <w:t>?</w:t>
      </w:r>
      <w:r w:rsidR="00240A68" w:rsidRPr="0065357F">
        <w:rPr>
          <w:lang w:val="tr-TR"/>
        </w:rPr>
        <w:br/>
      </w:r>
      <w:r w:rsidR="004602EA" w:rsidRPr="0065357F">
        <w:rPr>
          <w:lang w:val="tr-TR"/>
        </w:rPr>
        <w:t xml:space="preserve">☐ </w:t>
      </w:r>
      <w:proofErr w:type="spellStart"/>
      <w:r w:rsidR="004602EA">
        <w:rPr>
          <w:lang w:val="tr-TR"/>
        </w:rPr>
        <w:t>Yes</w:t>
      </w:r>
      <w:proofErr w:type="spellEnd"/>
      <w:r w:rsidR="004602EA">
        <w:rPr>
          <w:lang w:val="tr-TR"/>
        </w:rPr>
        <w:t xml:space="preserve"> </w:t>
      </w:r>
      <w:r w:rsidR="004602EA" w:rsidRPr="0065357F">
        <w:rPr>
          <w:lang w:val="tr-TR"/>
        </w:rPr>
        <w:t xml:space="preserve">   ☐ </w:t>
      </w:r>
      <w:r w:rsidR="004602EA">
        <w:rPr>
          <w:lang w:val="tr-TR"/>
        </w:rPr>
        <w:t>No</w:t>
      </w:r>
      <w:r w:rsidR="004602EA" w:rsidRPr="0065357F">
        <w:rPr>
          <w:lang w:val="tr-TR"/>
        </w:rPr>
        <w:t xml:space="preserve">    </w:t>
      </w:r>
      <w:r w:rsidR="00240A68" w:rsidRPr="0065357F">
        <w:rPr>
          <w:lang w:val="tr-TR"/>
        </w:rPr>
        <w:t xml:space="preserve">☐ </w:t>
      </w:r>
      <w:r w:rsidR="004602EA">
        <w:rPr>
          <w:lang w:val="tr-TR"/>
        </w:rPr>
        <w:t>N/A</w:t>
      </w:r>
    </w:p>
    <w:p w:rsidR="0020685E" w:rsidRPr="0065357F" w:rsidRDefault="000A2686" w:rsidP="0057064C">
      <w:pPr>
        <w:rPr>
          <w:lang w:val="tr-TR"/>
        </w:rPr>
      </w:pPr>
      <w:proofErr w:type="spellStart"/>
      <w:r>
        <w:rPr>
          <w:b/>
          <w:lang w:val="tr-TR"/>
        </w:rPr>
        <w:t>Informed</w:t>
      </w:r>
      <w:proofErr w:type="spellEnd"/>
      <w:r>
        <w:rPr>
          <w:b/>
          <w:lang w:val="tr-TR"/>
        </w:rPr>
        <w:t xml:space="preserve"> </w:t>
      </w:r>
      <w:proofErr w:type="spellStart"/>
      <w:r>
        <w:rPr>
          <w:b/>
          <w:lang w:val="tr-TR"/>
        </w:rPr>
        <w:t>Consent</w:t>
      </w:r>
      <w:proofErr w:type="spellEnd"/>
      <w:r>
        <w:rPr>
          <w:b/>
          <w:lang w:val="tr-TR"/>
        </w:rPr>
        <w:t xml:space="preserve"> Form </w:t>
      </w:r>
      <w:proofErr w:type="spellStart"/>
      <w:r>
        <w:rPr>
          <w:b/>
          <w:lang w:val="tr-TR"/>
        </w:rPr>
        <w:t>Checklist</w:t>
      </w:r>
      <w:proofErr w:type="spellEnd"/>
    </w:p>
    <w:p w:rsidR="0057064C" w:rsidRDefault="00240A68" w:rsidP="0057064C">
      <w:pPr>
        <w:rPr>
          <w:lang w:val="tr-TR"/>
        </w:rPr>
      </w:pPr>
      <w:r w:rsidRPr="0065357F">
        <w:rPr>
          <w:lang w:val="tr-TR"/>
        </w:rPr>
        <w:t xml:space="preserve">☐ </w:t>
      </w:r>
      <w:proofErr w:type="spellStart"/>
      <w:r w:rsidR="000A2686">
        <w:rPr>
          <w:lang w:val="tr-TR"/>
        </w:rPr>
        <w:t>The</w:t>
      </w:r>
      <w:proofErr w:type="spellEnd"/>
      <w:r w:rsidR="000A2686">
        <w:rPr>
          <w:lang w:val="tr-TR"/>
        </w:rPr>
        <w:t xml:space="preserve"> </w:t>
      </w:r>
      <w:proofErr w:type="spellStart"/>
      <w:r w:rsidR="000A2686">
        <w:rPr>
          <w:lang w:val="tr-TR"/>
        </w:rPr>
        <w:t>purpose</w:t>
      </w:r>
      <w:proofErr w:type="spellEnd"/>
      <w:r w:rsidR="000A2686">
        <w:rPr>
          <w:lang w:val="tr-TR"/>
        </w:rPr>
        <w:t xml:space="preserve"> of </w:t>
      </w:r>
      <w:proofErr w:type="spellStart"/>
      <w:r w:rsidR="000A2686">
        <w:rPr>
          <w:lang w:val="tr-TR"/>
        </w:rPr>
        <w:t>the</w:t>
      </w:r>
      <w:proofErr w:type="spellEnd"/>
      <w:r w:rsidR="000A2686">
        <w:rPr>
          <w:lang w:val="tr-TR"/>
        </w:rPr>
        <w:t xml:space="preserve"> </w:t>
      </w:r>
      <w:proofErr w:type="spellStart"/>
      <w:r w:rsidR="000A2686">
        <w:rPr>
          <w:lang w:val="tr-TR"/>
        </w:rPr>
        <w:t>research</w:t>
      </w:r>
      <w:proofErr w:type="spellEnd"/>
      <w:r w:rsidR="000A2686">
        <w:rPr>
          <w:lang w:val="tr-TR"/>
        </w:rPr>
        <w:t xml:space="preserve"> has </w:t>
      </w:r>
      <w:proofErr w:type="spellStart"/>
      <w:r w:rsidR="000A2686">
        <w:rPr>
          <w:lang w:val="tr-TR"/>
        </w:rPr>
        <w:t>been</w:t>
      </w:r>
      <w:proofErr w:type="spellEnd"/>
      <w:r w:rsidR="000A2686">
        <w:rPr>
          <w:lang w:val="tr-TR"/>
        </w:rPr>
        <w:t xml:space="preserve"> </w:t>
      </w:r>
      <w:proofErr w:type="spellStart"/>
      <w:r w:rsidR="000A2686">
        <w:rPr>
          <w:lang w:val="tr-TR"/>
        </w:rPr>
        <w:t>stated</w:t>
      </w:r>
      <w:proofErr w:type="spellEnd"/>
      <w:r w:rsidR="000A2686">
        <w:rPr>
          <w:lang w:val="tr-TR"/>
        </w:rPr>
        <w:t xml:space="preserve">. </w:t>
      </w:r>
    </w:p>
    <w:p w:rsidR="0057064C" w:rsidRDefault="000A2686" w:rsidP="0057064C">
      <w:pPr>
        <w:rPr>
          <w:lang w:val="tr-TR"/>
        </w:rPr>
      </w:pPr>
      <w:proofErr w:type="gramStart"/>
      <w:r>
        <w:t>☐  Potential</w:t>
      </w:r>
      <w:proofErr w:type="gramEnd"/>
      <w:r>
        <w:t xml:space="preserve"> risks have been described.</w:t>
      </w:r>
    </w:p>
    <w:p w:rsidR="0057064C" w:rsidRDefault="000A2686" w:rsidP="0057064C">
      <w:pPr>
        <w:rPr>
          <w:lang w:val="tr-TR"/>
        </w:rPr>
      </w:pPr>
      <w:proofErr w:type="gramStart"/>
      <w:r>
        <w:t>☐  Voluntary</w:t>
      </w:r>
      <w:proofErr w:type="gramEnd"/>
      <w:r>
        <w:t xml:space="preserve"> participation has been emphasized.</w:t>
      </w:r>
    </w:p>
    <w:p w:rsidR="0057064C" w:rsidRDefault="000A2686" w:rsidP="0057064C">
      <w:pPr>
        <w:rPr>
          <w:lang w:val="tr-TR"/>
        </w:rPr>
      </w:pPr>
      <w:proofErr w:type="gramStart"/>
      <w:r>
        <w:t>☐  The</w:t>
      </w:r>
      <w:proofErr w:type="gramEnd"/>
      <w:r>
        <w:t xml:space="preserve"> right to withdraw has been specified.</w:t>
      </w:r>
    </w:p>
    <w:p w:rsidR="0057064C" w:rsidRDefault="000A2686" w:rsidP="0057064C">
      <w:pPr>
        <w:rPr>
          <w:lang w:val="tr-TR"/>
        </w:rPr>
      </w:pPr>
      <w:proofErr w:type="gramStart"/>
      <w:r>
        <w:t>☐  Information</w:t>
      </w:r>
      <w:proofErr w:type="gramEnd"/>
      <w:r>
        <w:t xml:space="preserve"> regarding the duration of participation has been provided.</w:t>
      </w:r>
    </w:p>
    <w:p w:rsidR="0057064C" w:rsidRDefault="000A2686" w:rsidP="0057064C">
      <w:pPr>
        <w:rPr>
          <w:lang w:val="tr-TR"/>
        </w:rPr>
      </w:pPr>
      <w:proofErr w:type="gramStart"/>
      <w:r>
        <w:t>☐  Contact</w:t>
      </w:r>
      <w:proofErr w:type="gramEnd"/>
      <w:r>
        <w:t xml:space="preserve"> information has been included.</w:t>
      </w:r>
    </w:p>
    <w:p w:rsidR="0057064C" w:rsidRDefault="000A2686" w:rsidP="0057064C">
      <w:pPr>
        <w:rPr>
          <w:lang w:val="tr-TR"/>
        </w:rPr>
      </w:pPr>
      <w:proofErr w:type="gramStart"/>
      <w:r>
        <w:t>☐  Information</w:t>
      </w:r>
      <w:proofErr w:type="gramEnd"/>
      <w:r>
        <w:t xml:space="preserve"> regarding the ethics committee review has been included.</w:t>
      </w:r>
    </w:p>
    <w:p w:rsidR="000A2686" w:rsidRPr="0057064C" w:rsidRDefault="000A2686" w:rsidP="0057064C">
      <w:pPr>
        <w:rPr>
          <w:lang w:val="tr-TR"/>
        </w:rPr>
      </w:pPr>
      <w:proofErr w:type="gramStart"/>
      <w:r>
        <w:t>☐  Information</w:t>
      </w:r>
      <w:proofErr w:type="gramEnd"/>
      <w:r>
        <w:t xml:space="preserve"> regarding audio/video recording has been provided.</w:t>
      </w:r>
    </w:p>
    <w:p w:rsidR="000A2686" w:rsidRDefault="000A2686" w:rsidP="0057064C">
      <w:pPr>
        <w:spacing w:before="60" w:after="60"/>
      </w:pPr>
      <w:proofErr w:type="gramStart"/>
      <w:r>
        <w:t>☐  Parental</w:t>
      </w:r>
      <w:proofErr w:type="gramEnd"/>
      <w:r>
        <w:t>/guardian consent form has been included for participants under the age of 18.</w:t>
      </w:r>
    </w:p>
    <w:p w:rsidR="00BE6F9C" w:rsidRPr="0065357F" w:rsidRDefault="00240A68" w:rsidP="0057064C">
      <w:pPr>
        <w:rPr>
          <w:b/>
          <w:lang w:val="tr-TR"/>
        </w:rPr>
      </w:pPr>
      <w:r w:rsidRPr="0065357F">
        <w:rPr>
          <w:b/>
          <w:lang w:val="tr-TR"/>
        </w:rPr>
        <w:br/>
      </w:r>
      <w:r w:rsidR="004D5EFA">
        <w:rPr>
          <w:b/>
          <w:lang w:val="tr-TR"/>
        </w:rPr>
        <w:t>7</w:t>
      </w:r>
      <w:r w:rsidRPr="0065357F">
        <w:rPr>
          <w:b/>
          <w:lang w:val="tr-TR"/>
        </w:rPr>
        <w:t xml:space="preserve">. </w:t>
      </w:r>
      <w:r w:rsidR="000A2686">
        <w:rPr>
          <w:b/>
          <w:lang w:val="tr-TR"/>
        </w:rPr>
        <w:t>PRINCIPAL RESEARCHER INFORMATION</w:t>
      </w:r>
      <w:r w:rsidR="00BE6F9C" w:rsidRPr="0065357F">
        <w:rPr>
          <w:b/>
          <w:lang w:val="tr-TR"/>
        </w:rPr>
        <w:t xml:space="preserve"> </w:t>
      </w:r>
    </w:p>
    <w:p w:rsidR="00BE6F9C" w:rsidRPr="0065357F" w:rsidRDefault="000A2686" w:rsidP="0057064C">
      <w:pPr>
        <w:rPr>
          <w:lang w:val="tr-TR"/>
        </w:rPr>
      </w:pPr>
      <w:r>
        <w:rPr>
          <w:lang w:val="tr-TR"/>
        </w:rPr>
        <w:t>Name</w:t>
      </w:r>
      <w:r w:rsidR="00BE6F9C" w:rsidRPr="0065357F">
        <w:rPr>
          <w:lang w:val="tr-TR"/>
        </w:rPr>
        <w:t xml:space="preserve"> &amp; </w:t>
      </w:r>
      <w:proofErr w:type="spellStart"/>
      <w:r>
        <w:rPr>
          <w:lang w:val="tr-TR"/>
        </w:rPr>
        <w:t>Surname</w:t>
      </w:r>
      <w:proofErr w:type="spellEnd"/>
      <w:r w:rsidR="00BE6F9C" w:rsidRPr="0065357F">
        <w:rPr>
          <w:lang w:val="tr-TR"/>
        </w:rPr>
        <w:t xml:space="preserve">  ___________________________</w:t>
      </w:r>
    </w:p>
    <w:p w:rsidR="00BE6F9C" w:rsidRPr="0065357F" w:rsidRDefault="000A2686" w:rsidP="0057064C">
      <w:pPr>
        <w:rPr>
          <w:lang w:val="tr-TR"/>
        </w:rPr>
      </w:pPr>
      <w:proofErr w:type="spellStart"/>
      <w:r>
        <w:rPr>
          <w:lang w:val="tr-TR"/>
        </w:rPr>
        <w:t>Signature</w:t>
      </w:r>
      <w:proofErr w:type="spellEnd"/>
      <w:r w:rsidR="00BE6F9C" w:rsidRPr="0065357F">
        <w:rPr>
          <w:lang w:val="tr-TR"/>
        </w:rPr>
        <w:t>: ___________________________</w:t>
      </w:r>
    </w:p>
    <w:p w:rsidR="00BE6F9C" w:rsidRPr="0065357F" w:rsidRDefault="000A2686" w:rsidP="0057064C">
      <w:pPr>
        <w:rPr>
          <w:lang w:val="tr-TR"/>
        </w:rPr>
      </w:pPr>
      <w:proofErr w:type="spellStart"/>
      <w:r>
        <w:rPr>
          <w:lang w:val="tr-TR"/>
        </w:rPr>
        <w:t>Date</w:t>
      </w:r>
      <w:proofErr w:type="spellEnd"/>
      <w:r w:rsidR="00BE6F9C" w:rsidRPr="0065357F">
        <w:rPr>
          <w:lang w:val="tr-TR"/>
        </w:rPr>
        <w:t>: ______________________________</w:t>
      </w:r>
    </w:p>
    <w:p w:rsidR="00BE6F9C" w:rsidRPr="0065357F" w:rsidRDefault="00BE6F9C" w:rsidP="0057064C">
      <w:pPr>
        <w:rPr>
          <w:b/>
          <w:lang w:val="tr-TR"/>
        </w:rPr>
      </w:pPr>
    </w:p>
    <w:p w:rsidR="00BE6F9C" w:rsidRPr="0065357F" w:rsidRDefault="00BE6F9C" w:rsidP="0057064C">
      <w:pPr>
        <w:rPr>
          <w:lang w:val="tr-TR"/>
        </w:rPr>
      </w:pPr>
    </w:p>
    <w:sectPr w:rsidR="00BE6F9C" w:rsidRPr="0065357F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BA1" w:rsidRDefault="00AD1BA1" w:rsidP="005C646D">
      <w:pPr>
        <w:spacing w:after="0" w:line="240" w:lineRule="auto"/>
      </w:pPr>
      <w:r>
        <w:separator/>
      </w:r>
    </w:p>
  </w:endnote>
  <w:endnote w:type="continuationSeparator" w:id="0">
    <w:p w:rsidR="00AD1BA1" w:rsidRDefault="00AD1BA1" w:rsidP="005C6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DD6" w:rsidRDefault="00C16DD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9729444"/>
      <w:docPartObj>
        <w:docPartGallery w:val="Page Numbers (Bottom of Page)"/>
        <w:docPartUnique/>
      </w:docPartObj>
    </w:sdtPr>
    <w:sdtEndPr/>
    <w:sdtContent>
      <w:p w:rsidR="0065357F" w:rsidRDefault="0065357F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273" w:rsidRPr="00377273">
          <w:rPr>
            <w:noProof/>
            <w:lang w:val="tr-TR"/>
          </w:rPr>
          <w:t>1</w:t>
        </w:r>
        <w:r>
          <w:fldChar w:fldCharType="end"/>
        </w:r>
      </w:p>
      <w:p w:rsidR="0065357F" w:rsidRDefault="00377273">
        <w:pPr>
          <w:pStyle w:val="AltBilgi"/>
          <w:jc w:val="center"/>
        </w:pPr>
      </w:p>
    </w:sdtContent>
  </w:sdt>
  <w:p w:rsidR="00C16DD6" w:rsidRDefault="00C16DD6" w:rsidP="00C16DD6">
    <w:pPr>
      <w:pStyle w:val="AltBilgi"/>
    </w:pPr>
    <w:r>
      <w:t xml:space="preserve">Form No: </w:t>
    </w:r>
    <w:r>
      <w:t>ÜY-FR-113</w:t>
    </w:r>
    <w:r w:rsidR="00377273">
      <w:t>1</w:t>
    </w:r>
    <w:bookmarkStart w:id="0" w:name="_GoBack"/>
    <w:bookmarkEnd w:id="0"/>
    <w:r>
      <w:t xml:space="preserve"> </w:t>
    </w:r>
    <w:proofErr w:type="spellStart"/>
    <w:r>
      <w:t>Yayın</w:t>
    </w:r>
    <w:proofErr w:type="spellEnd"/>
    <w:r>
      <w:t xml:space="preserve"> Tarihi:30.06.2026 </w:t>
    </w:r>
    <w:proofErr w:type="spellStart"/>
    <w:r>
      <w:t>Değ</w:t>
    </w:r>
    <w:proofErr w:type="spellEnd"/>
    <w:r>
      <w:t xml:space="preserve">. No:0 </w:t>
    </w:r>
    <w:proofErr w:type="spellStart"/>
    <w:r>
      <w:t>Değ</w:t>
    </w:r>
    <w:proofErr w:type="spellEnd"/>
    <w:r>
      <w:t xml:space="preserve">. </w:t>
    </w:r>
    <w:proofErr w:type="spellStart"/>
    <w:r>
      <w:t>Tarihi</w:t>
    </w:r>
    <w:proofErr w:type="spellEnd"/>
    <w:r>
      <w:t>:</w:t>
    </w:r>
  </w:p>
  <w:p w:rsidR="005C646D" w:rsidRDefault="005C646D" w:rsidP="00C16DD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DD6" w:rsidRDefault="00C16DD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BA1" w:rsidRDefault="00AD1BA1" w:rsidP="005C646D">
      <w:pPr>
        <w:spacing w:after="0" w:line="240" w:lineRule="auto"/>
      </w:pPr>
      <w:r>
        <w:separator/>
      </w:r>
    </w:p>
  </w:footnote>
  <w:footnote w:type="continuationSeparator" w:id="0">
    <w:p w:rsidR="00AD1BA1" w:rsidRDefault="00AD1BA1" w:rsidP="005C64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DD6" w:rsidRDefault="00C16DD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DD6" w:rsidRDefault="00C16DD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DD6" w:rsidRDefault="00C16DD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312AA3"/>
    <w:multiLevelType w:val="multilevel"/>
    <w:tmpl w:val="E2963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996661"/>
    <w:multiLevelType w:val="multilevel"/>
    <w:tmpl w:val="EC40E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A2686"/>
    <w:rsid w:val="000A36F4"/>
    <w:rsid w:val="001474DA"/>
    <w:rsid w:val="0015074B"/>
    <w:rsid w:val="0016566A"/>
    <w:rsid w:val="00185D98"/>
    <w:rsid w:val="0020685E"/>
    <w:rsid w:val="00237764"/>
    <w:rsid w:val="00240202"/>
    <w:rsid w:val="00240A68"/>
    <w:rsid w:val="0029639D"/>
    <w:rsid w:val="00326F90"/>
    <w:rsid w:val="00377273"/>
    <w:rsid w:val="003978C8"/>
    <w:rsid w:val="003E40E2"/>
    <w:rsid w:val="003F67BF"/>
    <w:rsid w:val="00404746"/>
    <w:rsid w:val="004602EA"/>
    <w:rsid w:val="004612AD"/>
    <w:rsid w:val="004A5C93"/>
    <w:rsid w:val="004B14EB"/>
    <w:rsid w:val="004D5EFA"/>
    <w:rsid w:val="004F5957"/>
    <w:rsid w:val="00542909"/>
    <w:rsid w:val="005435CB"/>
    <w:rsid w:val="0057064C"/>
    <w:rsid w:val="005C646D"/>
    <w:rsid w:val="006469C8"/>
    <w:rsid w:val="0065357F"/>
    <w:rsid w:val="00674DE5"/>
    <w:rsid w:val="00823336"/>
    <w:rsid w:val="00905ADD"/>
    <w:rsid w:val="00AA1B95"/>
    <w:rsid w:val="00AA1D8D"/>
    <w:rsid w:val="00AD04F8"/>
    <w:rsid w:val="00AD1BA1"/>
    <w:rsid w:val="00B47730"/>
    <w:rsid w:val="00BC14ED"/>
    <w:rsid w:val="00BC2A0A"/>
    <w:rsid w:val="00BE6F9C"/>
    <w:rsid w:val="00C16DD6"/>
    <w:rsid w:val="00CB0664"/>
    <w:rsid w:val="00CE43A0"/>
    <w:rsid w:val="00D94BA9"/>
    <w:rsid w:val="00DC5DF9"/>
    <w:rsid w:val="00DD7048"/>
    <w:rsid w:val="00EC5AF1"/>
    <w:rsid w:val="00EE52A6"/>
    <w:rsid w:val="00F06A7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94E85F"/>
  <w14:defaultImageDpi w14:val="300"/>
  <w15:docId w15:val="{DA1CEE3C-1D15-4082-B078-818DEA4CD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8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26B9E6-A69F-4577-9A93-62ACA7826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608</Words>
  <Characters>3468</Characters>
  <Application>Microsoft Office Word</Application>
  <DocSecurity>0</DocSecurity>
  <Lines>28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4068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Nermin Aydemir</dc:creator>
  <cp:keywords/>
  <dc:description>generated by python-docx</dc:description>
  <cp:lastModifiedBy>Abu Kalite Yönetimi</cp:lastModifiedBy>
  <cp:revision>12</cp:revision>
  <dcterms:created xsi:type="dcterms:W3CDTF">2026-06-25T13:45:00Z</dcterms:created>
  <dcterms:modified xsi:type="dcterms:W3CDTF">2026-06-30T13:52:00Z</dcterms:modified>
  <cp:category/>
</cp:coreProperties>
</file>